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FC839" w14:textId="2E9FB80D" w:rsidR="00040F6C" w:rsidRDefault="00AA629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F73A1E0" wp14:editId="2C50B153">
            <wp:extent cx="6552000" cy="491400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49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2413" w14:textId="1ACEA41A" w:rsidR="00040F6C" w:rsidRDefault="00AA6299">
      <w:pPr>
        <w:spacing w:before="160" w:after="40" w:line="240" w:lineRule="auto"/>
        <w:jc w:val="center"/>
      </w:pPr>
      <w:r>
        <w:rPr>
          <w:b/>
          <w:color w:val="A80610"/>
          <w:sz w:val="38"/>
        </w:rPr>
        <w:t>PROGRAM</w:t>
      </w:r>
    </w:p>
    <w:p w14:paraId="17B1BFED" w14:textId="353F09E1" w:rsidR="00040F6C" w:rsidRDefault="00544002">
      <w:pPr>
        <w:spacing w:after="40" w:line="240" w:lineRule="auto"/>
        <w:jc w:val="center"/>
      </w:pPr>
      <w:r>
        <w:rPr>
          <w:b/>
          <w:color w:val="1F1F1F"/>
          <w:sz w:val="26"/>
        </w:rPr>
        <w:t>Second Student Conference of the Faculty of Medicine</w:t>
      </w:r>
    </w:p>
    <w:p w14:paraId="191CA477" w14:textId="5893D47D" w:rsidR="00040F6C" w:rsidRDefault="00AA6299">
      <w:pPr>
        <w:spacing w:line="240" w:lineRule="auto"/>
        <w:jc w:val="center"/>
      </w:pPr>
      <w:proofErr w:type="spellStart"/>
      <w:r>
        <w:rPr>
          <w:color w:val="555555"/>
          <w:sz w:val="19"/>
        </w:rPr>
        <w:t>Universitet</w:t>
      </w:r>
      <w:r w:rsidR="00544002">
        <w:rPr>
          <w:color w:val="555555"/>
          <w:sz w:val="19"/>
        </w:rPr>
        <w:t>y</w:t>
      </w:r>
      <w:proofErr w:type="spellEnd"/>
      <w:r w:rsidR="00544002">
        <w:rPr>
          <w:color w:val="555555"/>
          <w:sz w:val="19"/>
        </w:rPr>
        <w:t xml:space="preserve"> of</w:t>
      </w:r>
      <w:r>
        <w:rPr>
          <w:color w:val="555555"/>
          <w:sz w:val="19"/>
        </w:rPr>
        <w:t xml:space="preserve"> Prishtin</w:t>
      </w:r>
      <w:r w:rsidR="00544002">
        <w:rPr>
          <w:color w:val="555555"/>
          <w:sz w:val="19"/>
        </w:rPr>
        <w:t>a</w:t>
      </w:r>
      <w:r>
        <w:rPr>
          <w:color w:val="555555"/>
          <w:sz w:val="19"/>
        </w:rPr>
        <w:t xml:space="preserve"> | 16 </w:t>
      </w:r>
      <w:proofErr w:type="spellStart"/>
      <w:r w:rsidR="00544002">
        <w:rPr>
          <w:color w:val="555555"/>
          <w:sz w:val="19"/>
        </w:rPr>
        <w:t>june</w:t>
      </w:r>
      <w:proofErr w:type="spellEnd"/>
      <w:r>
        <w:rPr>
          <w:color w:val="555555"/>
          <w:sz w:val="19"/>
        </w:rPr>
        <w:t xml:space="preserve"> 2026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458"/>
        <w:gridCol w:w="3459"/>
        <w:gridCol w:w="3459"/>
      </w:tblGrid>
      <w:tr w:rsidR="00040F6C" w14:paraId="4C35198E" w14:textId="77777777" w:rsidTr="00431A01">
        <w:trPr>
          <w:jc w:val="center"/>
        </w:trPr>
        <w:tc>
          <w:tcPr>
            <w:tcW w:w="3458" w:type="dxa"/>
            <w:shd w:val="clear" w:color="auto" w:fill="A80610"/>
            <w:tcMar>
              <w:top w:w="120" w:type="dxa"/>
              <w:left w:w="100" w:type="dxa"/>
              <w:bottom w:w="120" w:type="dxa"/>
              <w:right w:w="100" w:type="dxa"/>
            </w:tcMar>
          </w:tcPr>
          <w:p w14:paraId="0CF2C26F" w14:textId="77777777" w:rsidR="00544002" w:rsidRDefault="00544002" w:rsidP="00544002">
            <w:pPr>
              <w:spacing w:after="20" w:line="240" w:lineRule="auto"/>
              <w:jc w:val="center"/>
              <w:rPr>
                <w:b/>
                <w:color w:val="FFFFFF"/>
                <w:sz w:val="15"/>
              </w:rPr>
            </w:pPr>
            <w:r>
              <w:rPr>
                <w:b/>
                <w:color w:val="FFFFFF"/>
                <w:sz w:val="15"/>
              </w:rPr>
              <w:t>CONFERENCE DATE</w:t>
            </w:r>
          </w:p>
          <w:p w14:paraId="3A640ADC" w14:textId="61683688" w:rsidR="00040F6C" w:rsidRDefault="00AA6299" w:rsidP="00544002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 xml:space="preserve">16 </w:t>
            </w:r>
            <w:r w:rsidR="00544002">
              <w:rPr>
                <w:b/>
                <w:color w:val="FFFFFF"/>
                <w:sz w:val="16"/>
              </w:rPr>
              <w:t>JUNE</w:t>
            </w:r>
            <w:r>
              <w:rPr>
                <w:b/>
                <w:color w:val="FFFFFF"/>
                <w:sz w:val="16"/>
              </w:rPr>
              <w:t xml:space="preserve"> 2026</w:t>
            </w:r>
          </w:p>
        </w:tc>
        <w:tc>
          <w:tcPr>
            <w:tcW w:w="3459" w:type="dxa"/>
            <w:shd w:val="clear" w:color="auto" w:fill="1F1F1F"/>
            <w:tcMar>
              <w:top w:w="120" w:type="dxa"/>
              <w:left w:w="100" w:type="dxa"/>
              <w:bottom w:w="120" w:type="dxa"/>
              <w:right w:w="100" w:type="dxa"/>
            </w:tcMar>
          </w:tcPr>
          <w:p w14:paraId="2B017350" w14:textId="5C0D75F7" w:rsidR="00040F6C" w:rsidRDefault="00544002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PLACE</w:t>
            </w:r>
          </w:p>
          <w:p w14:paraId="71B19249" w14:textId="1E47621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FA</w:t>
            </w:r>
            <w:r w:rsidR="00544002">
              <w:rPr>
                <w:b/>
                <w:color w:val="FFFFFF"/>
                <w:sz w:val="16"/>
              </w:rPr>
              <w:t>CULTY OF MEDICINE</w:t>
            </w:r>
          </w:p>
        </w:tc>
        <w:tc>
          <w:tcPr>
            <w:tcW w:w="3459" w:type="dxa"/>
            <w:shd w:val="clear" w:color="auto" w:fill="A80610"/>
            <w:tcMar>
              <w:top w:w="120" w:type="dxa"/>
              <w:left w:w="100" w:type="dxa"/>
              <w:bottom w:w="120" w:type="dxa"/>
              <w:right w:w="100" w:type="dxa"/>
            </w:tcMar>
          </w:tcPr>
          <w:p w14:paraId="4445ECA3" w14:textId="23C3F7D6" w:rsidR="00040F6C" w:rsidRDefault="00544002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LEVELS</w:t>
            </w:r>
          </w:p>
          <w:p w14:paraId="4993F544" w14:textId="2A04A7A6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 xml:space="preserve">BACHELOR, MASTER </w:t>
            </w:r>
            <w:r w:rsidR="00544002">
              <w:rPr>
                <w:b/>
                <w:color w:val="FFFFFF"/>
                <w:sz w:val="16"/>
              </w:rPr>
              <w:t>AND</w:t>
            </w:r>
            <w:r>
              <w:rPr>
                <w:b/>
                <w:color w:val="FFFFFF"/>
                <w:sz w:val="16"/>
              </w:rPr>
              <w:t xml:space="preserve"> PHD</w:t>
            </w:r>
          </w:p>
        </w:tc>
      </w:tr>
    </w:tbl>
    <w:p w14:paraId="2C222CFC" w14:textId="207C9C73" w:rsidR="00040F6C" w:rsidRDefault="00431A0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AA13F" wp14:editId="68EF6BAF">
                <wp:simplePos x="0" y="0"/>
                <wp:positionH relativeFrom="margin">
                  <wp:align>center</wp:align>
                </wp:positionH>
                <wp:positionV relativeFrom="paragraph">
                  <wp:posOffset>2321906</wp:posOffset>
                </wp:positionV>
                <wp:extent cx="914400" cy="249382"/>
                <wp:effectExtent l="0" t="0" r="0" b="0"/>
                <wp:wrapNone/>
                <wp:docPr id="11593303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78349" w14:textId="2AE62085" w:rsidR="00431A01" w:rsidRDefault="00431A01">
                            <w:r>
                              <w:t>Accredited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AA1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182.85pt;width:1in;height:19.65pt;z-index:2516623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" fillcolor="white [3201]" stroked="f" strokeweight=".5pt">
                <v:textbox>
                  <w:txbxContent>
                    <w:p w14:paraId="1FD78349" w14:textId="2AE62085" w:rsidR="00431A01" w:rsidRDefault="00431A01">
                      <w:r>
                        <w:t>Accredited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875A03" wp14:editId="7A861965">
                <wp:simplePos x="0" y="0"/>
                <wp:positionH relativeFrom="margin">
                  <wp:posOffset>1624965</wp:posOffset>
                </wp:positionH>
                <wp:positionV relativeFrom="paragraph">
                  <wp:posOffset>2673870</wp:posOffset>
                </wp:positionV>
                <wp:extent cx="3338310" cy="667385"/>
                <wp:effectExtent l="0" t="0" r="0" b="0"/>
                <wp:wrapNone/>
                <wp:docPr id="14310903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310" cy="667385"/>
                          <a:chOff x="0" y="0"/>
                          <a:chExt cx="3338310" cy="667385"/>
                        </a:xfrm>
                      </wpg:grpSpPr>
                      <pic:pic xmlns:pic="http://schemas.openxmlformats.org/drawingml/2006/picture">
                        <pic:nvPicPr>
                          <pic:cNvPr id="10174928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27"/>
                            <a:ext cx="65405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2925002" name="Picture 2" descr="Oda e Stomatologeve te Kosov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8" r="16223" b="27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0"/>
                            <a:ext cx="657225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999086" name="Picture 3" descr="OIK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345" y="6927"/>
                            <a:ext cx="6089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08028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6" t="3670" r="5378" b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654" y="6927"/>
                            <a:ext cx="61976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56F53" id="Group 7" o:spid="_x0000_s1026" style="position:absolute;margin-left:127.95pt;margin-top:210.55pt;width:262.85pt;height:52.55pt;z-index:251661312;mso-position-horizontal-relative:margin" coordsize="33383,6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69;width:6540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">
                  <v:imagedata r:id="rId13" o:title=""/>
                </v:shape>
                <v:shape id="Picture 2" o:spid="_x0000_s1028" type="#_x0000_t75" alt="Oda e Stomatologeve te Kosoves" style="position:absolute;left:9144;width:6572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">
                  <v:imagedata r:id="rId14" o:title="Oda e Stomatologeve te Kosoves" cropbottom="18075f" cropleft="11572f" cropright="10632f"/>
                </v:shape>
                <v:shape id="Picture 3" o:spid="_x0000_s1029" type="#_x0000_t75" alt="OIK Logo" style="position:absolute;left:27293;top:69;width:609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">
                  <v:imagedata r:id="rId15" o:title="OIK Logo"/>
                </v:shape>
                <v:shape id="Picture 5" o:spid="_x0000_s1030" type="#_x0000_t75" style="position:absolute;left:18426;top:69;width:6198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">
                  <v:imagedata r:id="rId16" o:title="" croptop="2405f" cropbottom="3007f" cropleft="3857f" cropright="3525f"/>
                </v:shape>
                <w10:wrap anchorx="margin"/>
              </v:group>
            </w:pict>
          </mc:Fallback>
        </mc:AlternateContent>
      </w:r>
      <w:r w:rsidR="00AA6299">
        <w:br w:type="page"/>
      </w:r>
    </w:p>
    <w:p w14:paraId="36249591" w14:textId="1CA4FD54" w:rsidR="00040F6C" w:rsidRDefault="00AA6299">
      <w:pPr>
        <w:pBdr>
          <w:bottom w:val="single" w:sz="8" w:space="4" w:color="A80610"/>
        </w:pBdr>
        <w:spacing w:before="160" w:after="40" w:line="240" w:lineRule="auto"/>
      </w:pPr>
      <w:r>
        <w:rPr>
          <w:b/>
          <w:caps/>
          <w:color w:val="A80610"/>
          <w:sz w:val="30"/>
        </w:rPr>
        <w:t>KËSHILL</w:t>
      </w:r>
      <w:r w:rsidR="00A2590D">
        <w:rPr>
          <w:b/>
          <w:caps/>
          <w:color w:val="A80610"/>
          <w:sz w:val="30"/>
        </w:rPr>
        <w:t>I</w:t>
      </w:r>
      <w:r>
        <w:rPr>
          <w:b/>
          <w:caps/>
          <w:color w:val="A80610"/>
          <w:sz w:val="30"/>
        </w:rPr>
        <w:t xml:space="preserve"> </w:t>
      </w:r>
      <w:r w:rsidR="00A2590D">
        <w:rPr>
          <w:b/>
          <w:caps/>
          <w:color w:val="A80610"/>
          <w:sz w:val="30"/>
        </w:rPr>
        <w:t>I</w:t>
      </w:r>
      <w:r>
        <w:rPr>
          <w:b/>
          <w:caps/>
          <w:color w:val="A80610"/>
          <w:sz w:val="30"/>
        </w:rPr>
        <w:t xml:space="preserve"> KONFERENCËS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188"/>
        <w:gridCol w:w="5188"/>
      </w:tblGrid>
      <w:tr w:rsidR="00040F6C" w14:paraId="0F1B73BB" w14:textId="77777777">
        <w:trPr>
          <w:jc w:val="center"/>
        </w:trPr>
        <w:tc>
          <w:tcPr>
            <w:tcW w:w="5188" w:type="dxa"/>
            <w:shd w:val="clear" w:color="auto" w:fill="F3F4F6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348AA33C" w14:textId="77777777" w:rsidR="00040F6C" w:rsidRDefault="00AA6299">
            <w:pPr>
              <w:spacing w:after="160" w:line="240" w:lineRule="auto"/>
            </w:pPr>
            <w:r>
              <w:rPr>
                <w:b/>
                <w:color w:val="A80610"/>
                <w:sz w:val="21"/>
              </w:rPr>
              <w:t>KËSHILLI SHKENCOR</w:t>
            </w:r>
          </w:p>
          <w:p w14:paraId="45A4FA2E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asoc. Aurora Bakalli</w:t>
            </w:r>
          </w:p>
          <w:p w14:paraId="651E9831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asoc. Naim Zeka</w:t>
            </w:r>
          </w:p>
          <w:p w14:paraId="61C175B4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Prof. Agim </w:t>
            </w:r>
            <w:proofErr w:type="spellStart"/>
            <w:r>
              <w:rPr>
                <w:color w:val="1F1F1F"/>
              </w:rPr>
              <w:t>Begzati</w:t>
            </w:r>
            <w:proofErr w:type="spellEnd"/>
          </w:p>
          <w:p w14:paraId="55CD556D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asoc. Armond Daci</w:t>
            </w:r>
          </w:p>
          <w:p w14:paraId="41532B09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asoc. Merita Qorolli</w:t>
            </w:r>
          </w:p>
          <w:p w14:paraId="2EA6DC73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asst. Besarta Pelaj</w:t>
            </w:r>
          </w:p>
          <w:p w14:paraId="5263FBFF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Asst. </w:t>
            </w:r>
            <w:proofErr w:type="spellStart"/>
            <w:r>
              <w:rPr>
                <w:color w:val="1F1F1F"/>
              </w:rPr>
              <w:t>Xhevdet</w:t>
            </w:r>
            <w:proofErr w:type="spellEnd"/>
            <w:r>
              <w:rPr>
                <w:color w:val="1F1F1F"/>
              </w:rPr>
              <w:t xml:space="preserve"> Krasniqi, Dr.sc.</w:t>
            </w:r>
          </w:p>
        </w:tc>
        <w:tc>
          <w:tcPr>
            <w:tcW w:w="5188" w:type="dxa"/>
            <w:shd w:val="clear" w:color="auto" w:fill="F3F4F6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60C745C5" w14:textId="77777777" w:rsidR="00040F6C" w:rsidRDefault="00AA6299">
            <w:pPr>
              <w:spacing w:after="160" w:line="240" w:lineRule="auto"/>
            </w:pPr>
            <w:r>
              <w:rPr>
                <w:b/>
                <w:color w:val="A80610"/>
                <w:sz w:val="21"/>
              </w:rPr>
              <w:t>KËSHILLI ORGANIZATIV</w:t>
            </w:r>
          </w:p>
          <w:p w14:paraId="57CC7221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Prof. </w:t>
            </w:r>
            <w:proofErr w:type="spellStart"/>
            <w:r>
              <w:rPr>
                <w:color w:val="1F1F1F"/>
              </w:rPr>
              <w:t>Sefedin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Muçaj</w:t>
            </w:r>
            <w:proofErr w:type="spellEnd"/>
          </w:p>
          <w:p w14:paraId="5943347A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asoc. Miranda Stavileci</w:t>
            </w:r>
          </w:p>
          <w:p w14:paraId="02411A05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Prof. asoc. Naim </w:t>
            </w:r>
            <w:proofErr w:type="spellStart"/>
            <w:r>
              <w:rPr>
                <w:color w:val="1F1F1F"/>
              </w:rPr>
              <w:t>Jerliu</w:t>
            </w:r>
            <w:proofErr w:type="spellEnd"/>
          </w:p>
          <w:p w14:paraId="168FE24C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asoc. Zana Agani</w:t>
            </w:r>
          </w:p>
          <w:p w14:paraId="28E94518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Prof. asst. Driton Shabani</w:t>
            </w:r>
          </w:p>
          <w:p w14:paraId="180C7F24" w14:textId="1F0FA146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Asst. Toskë Kryeziu, Dr.sc.</w:t>
            </w:r>
          </w:p>
          <w:p w14:paraId="32763E41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Asst. </w:t>
            </w:r>
            <w:proofErr w:type="spellStart"/>
            <w:r>
              <w:rPr>
                <w:color w:val="1F1F1F"/>
              </w:rPr>
              <w:t>Arbnore</w:t>
            </w:r>
            <w:proofErr w:type="spellEnd"/>
            <w:r>
              <w:rPr>
                <w:color w:val="1F1F1F"/>
              </w:rPr>
              <w:t xml:space="preserve"> </w:t>
            </w:r>
            <w:proofErr w:type="spellStart"/>
            <w:r>
              <w:rPr>
                <w:color w:val="1F1F1F"/>
              </w:rPr>
              <w:t>Ibrahimaj</w:t>
            </w:r>
            <w:proofErr w:type="spellEnd"/>
            <w:r>
              <w:rPr>
                <w:color w:val="1F1F1F"/>
              </w:rPr>
              <w:t xml:space="preserve"> Gashi, Dr.sc.</w:t>
            </w:r>
          </w:p>
          <w:p w14:paraId="7D3F0399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Asst. Leonora Hajrizaj</w:t>
            </w:r>
          </w:p>
          <w:p w14:paraId="757A096D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St. Edi Shaqiri</w:t>
            </w:r>
          </w:p>
          <w:p w14:paraId="65C89CBF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St. Dion </w:t>
            </w:r>
            <w:proofErr w:type="spellStart"/>
            <w:r>
              <w:rPr>
                <w:color w:val="1F1F1F"/>
              </w:rPr>
              <w:t>Bajramaj</w:t>
            </w:r>
            <w:proofErr w:type="spellEnd"/>
          </w:p>
          <w:p w14:paraId="5C3238DB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St. Donjeta Bajraktari</w:t>
            </w:r>
          </w:p>
          <w:p w14:paraId="0DBC11DD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St. Florina </w:t>
            </w:r>
            <w:proofErr w:type="spellStart"/>
            <w:r>
              <w:rPr>
                <w:color w:val="1F1F1F"/>
              </w:rPr>
              <w:t>Rexhaj</w:t>
            </w:r>
            <w:proofErr w:type="spellEnd"/>
          </w:p>
          <w:p w14:paraId="0305F8C5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 xml:space="preserve">• St. Vesa </w:t>
            </w:r>
            <w:proofErr w:type="spellStart"/>
            <w:r>
              <w:rPr>
                <w:color w:val="1F1F1F"/>
              </w:rPr>
              <w:t>Vishaj</w:t>
            </w:r>
            <w:proofErr w:type="spellEnd"/>
          </w:p>
          <w:p w14:paraId="17255ADC" w14:textId="77777777" w:rsidR="00040F6C" w:rsidRDefault="00AA6299">
            <w:pPr>
              <w:spacing w:after="40" w:line="240" w:lineRule="auto"/>
            </w:pPr>
            <w:r>
              <w:rPr>
                <w:color w:val="1F1F1F"/>
              </w:rPr>
              <w:t>• St. Arlind Gashi</w:t>
            </w:r>
          </w:p>
        </w:tc>
      </w:tr>
    </w:tbl>
    <w:p w14:paraId="2B339431" w14:textId="77777777" w:rsidR="00040F6C" w:rsidRDefault="00040F6C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458"/>
        <w:gridCol w:w="3459"/>
        <w:gridCol w:w="3459"/>
      </w:tblGrid>
      <w:tr w:rsidR="00040F6C" w14:paraId="517B5BFE" w14:textId="77777777">
        <w:trPr>
          <w:jc w:val="center"/>
        </w:trPr>
        <w:tc>
          <w:tcPr>
            <w:tcW w:w="3459" w:type="dxa"/>
            <w:shd w:val="clear" w:color="auto" w:fill="A80610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4C8EBAC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SHKENCË</w:t>
            </w:r>
          </w:p>
          <w:p w14:paraId="5B061773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EDUKIM</w:t>
            </w:r>
          </w:p>
          <w:p w14:paraId="13BE7B42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SHËRBIM</w:t>
            </w:r>
          </w:p>
        </w:tc>
        <w:tc>
          <w:tcPr>
            <w:tcW w:w="3459" w:type="dxa"/>
            <w:shd w:val="clear" w:color="auto" w:fill="1F1F1F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D8B5CB6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STUDENTËT SOT,</w:t>
            </w:r>
          </w:p>
          <w:p w14:paraId="36705B67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PROFESIONISTËT E NESËRM</w:t>
            </w:r>
          </w:p>
        </w:tc>
        <w:tc>
          <w:tcPr>
            <w:tcW w:w="3459" w:type="dxa"/>
            <w:shd w:val="clear" w:color="auto" w:fill="A80610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F6F5B7B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BASHKË PËR</w:t>
            </w:r>
          </w:p>
          <w:p w14:paraId="3E154816" w14:textId="77777777" w:rsidR="00040F6C" w:rsidRDefault="00AA6299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7"/>
              </w:rPr>
              <w:t>SHËNDET MË TË MIRË</w:t>
            </w:r>
          </w:p>
        </w:tc>
      </w:tr>
    </w:tbl>
    <w:p w14:paraId="0484FD9D" w14:textId="77777777" w:rsidR="00040F6C" w:rsidRDefault="00AA6299">
      <w:r>
        <w:br w:type="page"/>
      </w:r>
    </w:p>
    <w:p w14:paraId="7D021772" w14:textId="77777777" w:rsidR="00040F6C" w:rsidRDefault="00AA6299">
      <w:pPr>
        <w:pBdr>
          <w:bottom w:val="single" w:sz="8" w:space="4" w:color="A80610"/>
        </w:pBdr>
        <w:spacing w:before="160" w:after="40" w:line="240" w:lineRule="auto"/>
      </w:pPr>
      <w:r>
        <w:rPr>
          <w:b/>
          <w:caps/>
          <w:color w:val="A80610"/>
          <w:sz w:val="30"/>
        </w:rPr>
        <w:t>PROGRAMI I PËRGJITHSHËM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458"/>
        <w:gridCol w:w="3459"/>
        <w:gridCol w:w="3459"/>
      </w:tblGrid>
      <w:tr w:rsidR="00040F6C" w14:paraId="388CDC84" w14:textId="77777777">
        <w:trPr>
          <w:jc w:val="center"/>
        </w:trPr>
        <w:tc>
          <w:tcPr>
            <w:tcW w:w="3459" w:type="dxa"/>
            <w:shd w:val="clear" w:color="auto" w:fill="A80610"/>
            <w:tcMar>
              <w:top w:w="140" w:type="dxa"/>
              <w:left w:w="160" w:type="dxa"/>
              <w:bottom w:w="140" w:type="dxa"/>
              <w:right w:w="160" w:type="dxa"/>
            </w:tcMar>
          </w:tcPr>
          <w:p w14:paraId="544A5F15" w14:textId="77777777" w:rsidR="00040F6C" w:rsidRDefault="00AA6299">
            <w:pPr>
              <w:spacing w:after="40" w:line="240" w:lineRule="auto"/>
            </w:pPr>
            <w:r>
              <w:rPr>
                <w:b/>
                <w:color w:val="FFFFFF"/>
                <w:sz w:val="16"/>
              </w:rPr>
              <w:t>DATA</w:t>
            </w:r>
          </w:p>
          <w:p w14:paraId="442E8D68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</w:rPr>
              <w:t xml:space="preserve">16 </w:t>
            </w:r>
            <w:proofErr w:type="spellStart"/>
            <w:r>
              <w:rPr>
                <w:b/>
                <w:color w:val="FFFFFF"/>
              </w:rPr>
              <w:t>qershor</w:t>
            </w:r>
            <w:proofErr w:type="spellEnd"/>
            <w:r>
              <w:rPr>
                <w:b/>
                <w:color w:val="FFFFFF"/>
              </w:rPr>
              <w:t xml:space="preserve"> 2026</w:t>
            </w:r>
          </w:p>
        </w:tc>
        <w:tc>
          <w:tcPr>
            <w:tcW w:w="3459" w:type="dxa"/>
            <w:shd w:val="clear" w:color="auto" w:fill="F3F4F6"/>
            <w:tcMar>
              <w:top w:w="140" w:type="dxa"/>
              <w:left w:w="160" w:type="dxa"/>
              <w:bottom w:w="140" w:type="dxa"/>
              <w:right w:w="160" w:type="dxa"/>
            </w:tcMar>
          </w:tcPr>
          <w:p w14:paraId="48F3B462" w14:textId="77777777" w:rsidR="00040F6C" w:rsidRDefault="00AA6299">
            <w:pPr>
              <w:spacing w:after="40" w:line="240" w:lineRule="auto"/>
            </w:pPr>
            <w:r>
              <w:rPr>
                <w:b/>
                <w:color w:val="A80610"/>
                <w:sz w:val="16"/>
              </w:rPr>
              <w:t>VENDI</w:t>
            </w:r>
          </w:p>
          <w:p w14:paraId="46D1CD05" w14:textId="77777777" w:rsidR="00D96EEC" w:rsidRDefault="00D96EEC">
            <w:pPr>
              <w:spacing w:after="0" w:line="240" w:lineRule="auto"/>
              <w:rPr>
                <w:b/>
                <w:color w:val="1F1F1F"/>
              </w:rPr>
            </w:pPr>
            <w:r>
              <w:rPr>
                <w:b/>
                <w:color w:val="1F1F1F"/>
              </w:rPr>
              <w:t>DEKANATI</w:t>
            </w:r>
          </w:p>
          <w:p w14:paraId="485BF921" w14:textId="225F8DDB" w:rsidR="00040F6C" w:rsidRDefault="00AA6299">
            <w:pPr>
              <w:spacing w:after="0" w:line="240" w:lineRule="auto"/>
            </w:pPr>
            <w:proofErr w:type="spellStart"/>
            <w:r>
              <w:rPr>
                <w:b/>
                <w:color w:val="1F1F1F"/>
              </w:rPr>
              <w:t>Fakulteti</w:t>
            </w:r>
            <w:proofErr w:type="spellEnd"/>
            <w:r>
              <w:rPr>
                <w:b/>
                <w:color w:val="1F1F1F"/>
              </w:rPr>
              <w:t xml:space="preserve"> i </w:t>
            </w:r>
            <w:proofErr w:type="spellStart"/>
            <w:r>
              <w:rPr>
                <w:b/>
                <w:color w:val="1F1F1F"/>
              </w:rPr>
              <w:t>Mjekësisë</w:t>
            </w:r>
            <w:proofErr w:type="spellEnd"/>
          </w:p>
          <w:p w14:paraId="0B71458D" w14:textId="77777777" w:rsidR="00040F6C" w:rsidRDefault="00AA6299">
            <w:pPr>
              <w:spacing w:after="0" w:line="240" w:lineRule="auto"/>
            </w:pPr>
            <w:r>
              <w:rPr>
                <w:color w:val="1F1F1F"/>
              </w:rPr>
              <w:t>Universiteti i Prishtinës</w:t>
            </w:r>
          </w:p>
        </w:tc>
        <w:tc>
          <w:tcPr>
            <w:tcW w:w="3459" w:type="dxa"/>
            <w:shd w:val="clear" w:color="auto" w:fill="F3F4F6"/>
            <w:tcMar>
              <w:top w:w="140" w:type="dxa"/>
              <w:left w:w="160" w:type="dxa"/>
              <w:bottom w:w="140" w:type="dxa"/>
              <w:right w:w="160" w:type="dxa"/>
            </w:tcMar>
          </w:tcPr>
          <w:p w14:paraId="1385EE8B" w14:textId="77777777" w:rsidR="00040F6C" w:rsidRDefault="00AA6299">
            <w:pPr>
              <w:spacing w:after="40" w:line="240" w:lineRule="auto"/>
            </w:pPr>
            <w:r>
              <w:rPr>
                <w:b/>
                <w:color w:val="A80610"/>
                <w:sz w:val="16"/>
              </w:rPr>
              <w:t>FORMATI</w:t>
            </w:r>
          </w:p>
          <w:p w14:paraId="141D0671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b/>
                <w:color w:val="1F1F1F"/>
              </w:rPr>
              <w:t>Prezantime</w:t>
            </w:r>
            <w:proofErr w:type="spellEnd"/>
            <w:r>
              <w:rPr>
                <w:b/>
                <w:color w:val="1F1F1F"/>
              </w:rPr>
              <w:t xml:space="preserve"> </w:t>
            </w:r>
            <w:proofErr w:type="spellStart"/>
            <w:r>
              <w:rPr>
                <w:b/>
                <w:color w:val="1F1F1F"/>
              </w:rPr>
              <w:t>orale</w:t>
            </w:r>
            <w:proofErr w:type="spellEnd"/>
            <w:r>
              <w:rPr>
                <w:b/>
                <w:color w:val="1F1F1F"/>
              </w:rPr>
              <w:t xml:space="preserve"> </w:t>
            </w:r>
            <w:proofErr w:type="spellStart"/>
            <w:r>
              <w:rPr>
                <w:b/>
                <w:color w:val="1F1F1F"/>
              </w:rPr>
              <w:t>dhe</w:t>
            </w:r>
            <w:proofErr w:type="spellEnd"/>
            <w:r>
              <w:rPr>
                <w:b/>
                <w:color w:val="1F1F1F"/>
              </w:rPr>
              <w:t xml:space="preserve"> </w:t>
            </w:r>
            <w:proofErr w:type="spellStart"/>
            <w:r>
              <w:rPr>
                <w:b/>
                <w:color w:val="1F1F1F"/>
              </w:rPr>
              <w:t>posterë</w:t>
            </w:r>
            <w:proofErr w:type="spellEnd"/>
          </w:p>
        </w:tc>
      </w:tr>
    </w:tbl>
    <w:p w14:paraId="0EF48807" w14:textId="77777777" w:rsidR="00040F6C" w:rsidRDefault="00040F6C"/>
    <w:tbl>
      <w:tblPr>
        <w:tblW w:w="0" w:type="auto"/>
        <w:jc w:val="center"/>
        <w:tblBorders>
          <w:top w:val="single" w:sz="4" w:space="0" w:color="D0D3D8"/>
          <w:left w:val="single" w:sz="4" w:space="0" w:color="D0D3D8"/>
          <w:bottom w:val="single" w:sz="4" w:space="0" w:color="D0D3D8"/>
          <w:right w:val="single" w:sz="4" w:space="0" w:color="D0D3D8"/>
          <w:insideH w:val="single" w:sz="4" w:space="0" w:color="D0D3D8"/>
          <w:insideV w:val="single" w:sz="4" w:space="0" w:color="D0D3D8"/>
        </w:tblBorders>
        <w:tblLook w:val="04A0" w:firstRow="1" w:lastRow="0" w:firstColumn="1" w:lastColumn="0" w:noHBand="0" w:noVBand="1"/>
      </w:tblPr>
      <w:tblGrid>
        <w:gridCol w:w="2592"/>
        <w:gridCol w:w="2592"/>
        <w:gridCol w:w="2591"/>
        <w:gridCol w:w="2591"/>
      </w:tblGrid>
      <w:tr w:rsidR="00040F6C" w14:paraId="721C2E24" w14:textId="77777777" w:rsidTr="008A0C6B">
        <w:trPr>
          <w:tblHeader/>
          <w:jc w:val="center"/>
        </w:trPr>
        <w:tc>
          <w:tcPr>
            <w:tcW w:w="2592" w:type="dxa"/>
            <w:shd w:val="clear" w:color="auto" w:fill="1F1F1F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5613206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7"/>
              </w:rPr>
              <w:t>ORA</w:t>
            </w:r>
          </w:p>
        </w:tc>
        <w:tc>
          <w:tcPr>
            <w:tcW w:w="2592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6CDE6A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7"/>
              </w:rPr>
              <w:t>AMFITEATËR</w:t>
            </w:r>
          </w:p>
        </w:tc>
        <w:tc>
          <w:tcPr>
            <w:tcW w:w="2591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141778F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7"/>
              </w:rPr>
              <w:t>SALLA D-2</w:t>
            </w:r>
          </w:p>
        </w:tc>
        <w:tc>
          <w:tcPr>
            <w:tcW w:w="2591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387F70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7"/>
              </w:rPr>
              <w:t>SALLA D-3</w:t>
            </w:r>
          </w:p>
        </w:tc>
      </w:tr>
      <w:tr w:rsidR="00040F6C" w14:paraId="3A1D1AA9" w14:textId="77777777" w:rsidTr="008A0C6B">
        <w:trPr>
          <w:jc w:val="center"/>
        </w:trPr>
        <w:tc>
          <w:tcPr>
            <w:tcW w:w="2592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E23052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07:30–08:30</w:t>
            </w:r>
          </w:p>
        </w:tc>
        <w:tc>
          <w:tcPr>
            <w:tcW w:w="7774" w:type="dxa"/>
            <w:gridSpan w:val="3"/>
            <w:shd w:val="clear" w:color="auto" w:fill="FAFAF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08A70FA" w14:textId="77777777" w:rsidR="00040F6C" w:rsidRDefault="00AA6299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1F1F1F"/>
                <w:sz w:val="17"/>
              </w:rPr>
              <w:t>Regjistrimi</w:t>
            </w:r>
            <w:proofErr w:type="spellEnd"/>
          </w:p>
        </w:tc>
      </w:tr>
      <w:tr w:rsidR="00040F6C" w14:paraId="10FDFD44" w14:textId="77777777" w:rsidTr="008A0C6B">
        <w:trPr>
          <w:jc w:val="center"/>
        </w:trPr>
        <w:tc>
          <w:tcPr>
            <w:tcW w:w="2592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994983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08:30–09:00</w:t>
            </w:r>
          </w:p>
        </w:tc>
        <w:tc>
          <w:tcPr>
            <w:tcW w:w="7774" w:type="dxa"/>
            <w:gridSpan w:val="3"/>
            <w:shd w:val="clear" w:color="auto" w:fill="FAFAF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249F5EA1" w14:textId="77777777" w:rsidR="00040F6C" w:rsidRDefault="00AA6299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1F1F1F"/>
                <w:sz w:val="17"/>
              </w:rPr>
              <w:t>Hapja</w:t>
            </w:r>
            <w:proofErr w:type="spellEnd"/>
            <w:r>
              <w:rPr>
                <w:b/>
                <w:color w:val="1F1F1F"/>
                <w:sz w:val="17"/>
              </w:rPr>
              <w:t xml:space="preserve"> e </w:t>
            </w:r>
            <w:proofErr w:type="spellStart"/>
            <w:r>
              <w:rPr>
                <w:b/>
                <w:color w:val="1F1F1F"/>
                <w:sz w:val="17"/>
              </w:rPr>
              <w:t>Konferencës</w:t>
            </w:r>
            <w:proofErr w:type="spellEnd"/>
          </w:p>
        </w:tc>
      </w:tr>
      <w:tr w:rsidR="008A0C6B" w14:paraId="18CC8C52" w14:textId="77777777" w:rsidTr="008A0C6B">
        <w:trPr>
          <w:jc w:val="center"/>
        </w:trPr>
        <w:tc>
          <w:tcPr>
            <w:tcW w:w="2592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AE9C4B5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09:00–10:30</w:t>
            </w:r>
          </w:p>
        </w:tc>
        <w:tc>
          <w:tcPr>
            <w:tcW w:w="2592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52C5DFE" w14:textId="77777777" w:rsidR="008A0C6B" w:rsidRDefault="008A0C6B" w:rsidP="008A0C6B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Perspektiva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Bashkëkohore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Kërkimin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Mjekësor</w:t>
            </w:r>
            <w:proofErr w:type="spellEnd"/>
            <w:r>
              <w:rPr>
                <w:b/>
                <w:color w:val="1F1F1F"/>
                <w:sz w:val="14"/>
              </w:rPr>
              <w:t xml:space="preserve"> / Contemporary Perspectives in Medical Research)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421EDE6C" w14:textId="5100D3B4" w:rsidR="008A0C6B" w:rsidRDefault="008A0C6B" w:rsidP="008A0C6B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Stomatologjia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dhe</w:t>
            </w:r>
            <w:proofErr w:type="spellEnd"/>
            <w:r>
              <w:rPr>
                <w:b/>
                <w:color w:val="1F1F1F"/>
                <w:sz w:val="14"/>
              </w:rPr>
              <w:t xml:space="preserve"> Rajoni Kokë-</w:t>
            </w:r>
            <w:proofErr w:type="spellStart"/>
            <w:r>
              <w:rPr>
                <w:b/>
                <w:color w:val="1F1F1F"/>
                <w:sz w:val="14"/>
              </w:rPr>
              <w:t>Qafë</w:t>
            </w:r>
            <w:proofErr w:type="spellEnd"/>
            <w:r>
              <w:rPr>
                <w:b/>
                <w:color w:val="1F1F1F"/>
                <w:sz w:val="14"/>
              </w:rPr>
              <w:t xml:space="preserve"> / Dentistry and the Head and Neck Region)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547A688" w14:textId="3AA5BD5C" w:rsidR="008A0C6B" w:rsidRDefault="008A0C6B" w:rsidP="008A0C6B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Mësime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nga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Rastet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Klinike</w:t>
            </w:r>
            <w:proofErr w:type="spellEnd"/>
            <w:r>
              <w:rPr>
                <w:b/>
                <w:color w:val="1F1F1F"/>
                <w:sz w:val="14"/>
              </w:rPr>
              <w:t xml:space="preserve"> / Learning from Clinical Cases)</w:t>
            </w:r>
          </w:p>
        </w:tc>
      </w:tr>
      <w:tr w:rsidR="008A0C6B" w14:paraId="4440D346" w14:textId="77777777" w:rsidTr="008A0C6B">
        <w:trPr>
          <w:jc w:val="center"/>
        </w:trPr>
        <w:tc>
          <w:tcPr>
            <w:tcW w:w="2592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A2FE241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11:00–12:30</w:t>
            </w:r>
          </w:p>
        </w:tc>
        <w:tc>
          <w:tcPr>
            <w:tcW w:w="2592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1A07C7DC" w14:textId="77777777" w:rsidR="008A0C6B" w:rsidRDefault="008A0C6B" w:rsidP="008A0C6B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II</w:t>
            </w:r>
            <w:r>
              <w:rPr>
                <w:b/>
                <w:color w:val="1F1F1F"/>
                <w:sz w:val="14"/>
              </w:rPr>
              <w:br/>
              <w:t xml:space="preserve">(Tema </w:t>
            </w:r>
            <w:proofErr w:type="spellStart"/>
            <w:r>
              <w:rPr>
                <w:b/>
                <w:color w:val="1F1F1F"/>
                <w:sz w:val="14"/>
              </w:rPr>
              <w:t>Aktuale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Mjekësi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dhe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Shëndetësi</w:t>
            </w:r>
            <w:proofErr w:type="spellEnd"/>
            <w:r>
              <w:rPr>
                <w:b/>
                <w:color w:val="1F1F1F"/>
                <w:sz w:val="14"/>
              </w:rPr>
              <w:t xml:space="preserve"> / Current Topics in Medicine and Healthcare)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184D261" w14:textId="77777777" w:rsidR="008A0C6B" w:rsidRDefault="008A0C6B" w:rsidP="008A0C6B">
            <w:pPr>
              <w:spacing w:after="20" w:line="240" w:lineRule="auto"/>
              <w:jc w:val="center"/>
              <w:rPr>
                <w:b/>
                <w:color w:val="1F1F1F"/>
                <w:sz w:val="14"/>
              </w:rPr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Qasje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Multidisiplinare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Shëndetësi</w:t>
            </w:r>
            <w:proofErr w:type="spellEnd"/>
            <w:r>
              <w:rPr>
                <w:b/>
                <w:color w:val="1F1F1F"/>
                <w:sz w:val="14"/>
              </w:rPr>
              <w:t xml:space="preserve"> / </w:t>
            </w:r>
          </w:p>
          <w:p w14:paraId="378AFA4B" w14:textId="7CC876DC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4"/>
              </w:rPr>
              <w:t>Multidisciplinary Approaches in Healthcare)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FBA98D3" w14:textId="77777777" w:rsidR="008A0C6B" w:rsidRDefault="008A0C6B" w:rsidP="008A0C6B">
            <w:pPr>
              <w:spacing w:after="20" w:line="240" w:lineRule="auto"/>
              <w:jc w:val="center"/>
              <w:rPr>
                <w:b/>
                <w:color w:val="1F1F1F"/>
                <w:sz w:val="14"/>
              </w:rPr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Hapat</w:t>
            </w:r>
            <w:proofErr w:type="spellEnd"/>
            <w:r>
              <w:rPr>
                <w:b/>
                <w:color w:val="1F1F1F"/>
                <w:sz w:val="14"/>
              </w:rPr>
              <w:t xml:space="preserve"> e </w:t>
            </w:r>
            <w:proofErr w:type="spellStart"/>
            <w:r>
              <w:rPr>
                <w:b/>
                <w:color w:val="1F1F1F"/>
                <w:sz w:val="14"/>
              </w:rPr>
              <w:t>Parë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Shkencë</w:t>
            </w:r>
            <w:proofErr w:type="spellEnd"/>
            <w:r>
              <w:rPr>
                <w:b/>
                <w:color w:val="1F1F1F"/>
                <w:sz w:val="14"/>
              </w:rPr>
              <w:t xml:space="preserve"> 1 / </w:t>
            </w:r>
          </w:p>
          <w:p w14:paraId="69B0F200" w14:textId="1C6C3F06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4"/>
              </w:rPr>
              <w:t>First Steps in Science 1)</w:t>
            </w:r>
          </w:p>
        </w:tc>
      </w:tr>
      <w:tr w:rsidR="008A0C6B" w14:paraId="128EFDC7" w14:textId="77777777" w:rsidTr="008A0C6B">
        <w:trPr>
          <w:jc w:val="center"/>
        </w:trPr>
        <w:tc>
          <w:tcPr>
            <w:tcW w:w="2592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5F60624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14:00–15:30</w:t>
            </w:r>
          </w:p>
        </w:tc>
        <w:tc>
          <w:tcPr>
            <w:tcW w:w="2592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4A564129" w14:textId="77777777" w:rsidR="008A0C6B" w:rsidRDefault="008A0C6B" w:rsidP="008A0C6B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III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Sëmundjet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Kardiovaskulare</w:t>
            </w:r>
            <w:proofErr w:type="spellEnd"/>
            <w:r>
              <w:rPr>
                <w:b/>
                <w:color w:val="1F1F1F"/>
                <w:sz w:val="14"/>
              </w:rPr>
              <w:t xml:space="preserve">, </w:t>
            </w:r>
            <w:proofErr w:type="spellStart"/>
            <w:r>
              <w:rPr>
                <w:b/>
                <w:color w:val="1F1F1F"/>
                <w:sz w:val="14"/>
              </w:rPr>
              <w:t>Infektive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dhe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Metabolike</w:t>
            </w:r>
            <w:proofErr w:type="spellEnd"/>
            <w:r>
              <w:rPr>
                <w:b/>
                <w:color w:val="1F1F1F"/>
                <w:sz w:val="14"/>
              </w:rPr>
              <w:t xml:space="preserve"> / Cardiovascular, Infectious and Metabolic Diseases)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E0BFBD3" w14:textId="77777777" w:rsidR="008A0C6B" w:rsidRDefault="008A0C6B" w:rsidP="008A0C6B">
            <w:pPr>
              <w:spacing w:after="20" w:line="240" w:lineRule="auto"/>
              <w:jc w:val="center"/>
              <w:rPr>
                <w:b/>
                <w:color w:val="1F1F1F"/>
                <w:sz w:val="14"/>
              </w:rPr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III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Sfidat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Klinike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dhe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Kërkimi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Mjekësor</w:t>
            </w:r>
            <w:proofErr w:type="spellEnd"/>
            <w:r>
              <w:rPr>
                <w:b/>
                <w:color w:val="1F1F1F"/>
                <w:sz w:val="14"/>
              </w:rPr>
              <w:t xml:space="preserve"> / </w:t>
            </w:r>
          </w:p>
          <w:p w14:paraId="6A0E9091" w14:textId="3485DA14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4"/>
              </w:rPr>
              <w:t>Clinical Challenges and Medical Research)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2087FFC7" w14:textId="77777777" w:rsidR="008A0C6B" w:rsidRDefault="008A0C6B" w:rsidP="008A0C6B">
            <w:pPr>
              <w:spacing w:after="20" w:line="240" w:lineRule="auto"/>
              <w:jc w:val="center"/>
              <w:rPr>
                <w:b/>
                <w:color w:val="1F1F1F"/>
                <w:sz w:val="14"/>
              </w:rPr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III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Hapat</w:t>
            </w:r>
            <w:proofErr w:type="spellEnd"/>
            <w:r>
              <w:rPr>
                <w:b/>
                <w:color w:val="1F1F1F"/>
                <w:sz w:val="14"/>
              </w:rPr>
              <w:t xml:space="preserve"> e </w:t>
            </w:r>
            <w:proofErr w:type="spellStart"/>
            <w:r>
              <w:rPr>
                <w:b/>
                <w:color w:val="1F1F1F"/>
                <w:sz w:val="14"/>
              </w:rPr>
              <w:t>Parë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Shkencë</w:t>
            </w:r>
            <w:proofErr w:type="spellEnd"/>
            <w:r>
              <w:rPr>
                <w:b/>
                <w:color w:val="1F1F1F"/>
                <w:sz w:val="14"/>
              </w:rPr>
              <w:t xml:space="preserve"> 2 / </w:t>
            </w:r>
          </w:p>
          <w:p w14:paraId="4BCD003D" w14:textId="272DBBBD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4"/>
              </w:rPr>
              <w:t>First Steps in Science 2)</w:t>
            </w:r>
          </w:p>
        </w:tc>
      </w:tr>
      <w:tr w:rsidR="008A0C6B" w14:paraId="59125249" w14:textId="77777777" w:rsidTr="008A0C6B">
        <w:trPr>
          <w:jc w:val="center"/>
        </w:trPr>
        <w:tc>
          <w:tcPr>
            <w:tcW w:w="2592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12AA7810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15:40–17:30</w:t>
            </w:r>
          </w:p>
        </w:tc>
        <w:tc>
          <w:tcPr>
            <w:tcW w:w="2592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0CCBD34" w14:textId="77777777" w:rsidR="008A0C6B" w:rsidRDefault="008A0C6B" w:rsidP="008A0C6B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4"/>
              </w:rPr>
              <w:t>Sesioni</w:t>
            </w:r>
            <w:proofErr w:type="spellEnd"/>
            <w:r>
              <w:rPr>
                <w:b/>
                <w:color w:val="1F1F1F"/>
                <w:sz w:val="14"/>
              </w:rPr>
              <w:t xml:space="preserve"> IV</w:t>
            </w:r>
            <w:r>
              <w:rPr>
                <w:b/>
                <w:color w:val="1F1F1F"/>
                <w:sz w:val="14"/>
              </w:rPr>
              <w:br/>
              <w:t>(</w:t>
            </w:r>
            <w:proofErr w:type="spellStart"/>
            <w:r>
              <w:rPr>
                <w:b/>
                <w:color w:val="1F1F1F"/>
                <w:sz w:val="14"/>
              </w:rPr>
              <w:t>Onkologjia</w:t>
            </w:r>
            <w:proofErr w:type="spellEnd"/>
            <w:r>
              <w:rPr>
                <w:b/>
                <w:color w:val="1F1F1F"/>
                <w:sz w:val="14"/>
              </w:rPr>
              <w:t xml:space="preserve">, </w:t>
            </w:r>
            <w:proofErr w:type="spellStart"/>
            <w:r>
              <w:rPr>
                <w:b/>
                <w:color w:val="1F1F1F"/>
                <w:sz w:val="14"/>
              </w:rPr>
              <w:t>Diagnostika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dhe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Inovacioni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në</w:t>
            </w:r>
            <w:proofErr w:type="spellEnd"/>
            <w:r>
              <w:rPr>
                <w:b/>
                <w:color w:val="1F1F1F"/>
                <w:sz w:val="14"/>
              </w:rPr>
              <w:t xml:space="preserve"> </w:t>
            </w:r>
            <w:proofErr w:type="spellStart"/>
            <w:r>
              <w:rPr>
                <w:b/>
                <w:color w:val="1F1F1F"/>
                <w:sz w:val="14"/>
              </w:rPr>
              <w:t>Mjekësi</w:t>
            </w:r>
            <w:proofErr w:type="spellEnd"/>
            <w:r>
              <w:rPr>
                <w:b/>
                <w:color w:val="1F1F1F"/>
                <w:sz w:val="14"/>
              </w:rPr>
              <w:t xml:space="preserve"> / Oncology, Diagnostics and Innovation in Medicine)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98340FE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color w:val="A0A0A0"/>
                <w:sz w:val="16"/>
              </w:rPr>
              <w:t>—</w:t>
            </w:r>
          </w:p>
        </w:tc>
        <w:tc>
          <w:tcPr>
            <w:tcW w:w="2591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B612696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color w:val="A0A0A0"/>
                <w:sz w:val="16"/>
              </w:rPr>
              <w:t>—</w:t>
            </w:r>
          </w:p>
        </w:tc>
      </w:tr>
      <w:tr w:rsidR="008A0C6B" w14:paraId="5EEDD5E2" w14:textId="77777777" w:rsidTr="008A0C6B">
        <w:trPr>
          <w:jc w:val="center"/>
        </w:trPr>
        <w:tc>
          <w:tcPr>
            <w:tcW w:w="2592" w:type="dxa"/>
            <w:shd w:val="clear" w:color="auto" w:fill="F3F4F6"/>
          </w:tcPr>
          <w:p w14:paraId="18494007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12:30–13:00</w:t>
            </w:r>
          </w:p>
        </w:tc>
        <w:tc>
          <w:tcPr>
            <w:tcW w:w="7774" w:type="dxa"/>
            <w:gridSpan w:val="3"/>
            <w:shd w:val="clear" w:color="auto" w:fill="FAFAFA"/>
          </w:tcPr>
          <w:p w14:paraId="4D29FD78" w14:textId="77777777" w:rsidR="008A0C6B" w:rsidRDefault="008A0C6B" w:rsidP="008A0C6B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1F1F1F"/>
                <w:sz w:val="17"/>
              </w:rPr>
              <w:t>Diskutimi</w:t>
            </w:r>
            <w:proofErr w:type="spellEnd"/>
            <w:r>
              <w:rPr>
                <w:b/>
                <w:color w:val="1F1F1F"/>
                <w:sz w:val="17"/>
              </w:rPr>
              <w:t xml:space="preserve"> i </w:t>
            </w:r>
            <w:proofErr w:type="spellStart"/>
            <w:r>
              <w:rPr>
                <w:b/>
                <w:color w:val="1F1F1F"/>
                <w:sz w:val="17"/>
              </w:rPr>
              <w:t>posterëve</w:t>
            </w:r>
            <w:proofErr w:type="spellEnd"/>
          </w:p>
        </w:tc>
      </w:tr>
      <w:tr w:rsidR="008A0C6B" w14:paraId="1F63BB3C" w14:textId="77777777" w:rsidTr="008A0C6B">
        <w:trPr>
          <w:jc w:val="center"/>
        </w:trPr>
        <w:tc>
          <w:tcPr>
            <w:tcW w:w="2592" w:type="dxa"/>
            <w:shd w:val="clear" w:color="auto" w:fill="F3F4F6"/>
          </w:tcPr>
          <w:p w14:paraId="65333184" w14:textId="77777777" w:rsidR="008A0C6B" w:rsidRDefault="008A0C6B" w:rsidP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17:30</w:t>
            </w:r>
          </w:p>
        </w:tc>
        <w:tc>
          <w:tcPr>
            <w:tcW w:w="7774" w:type="dxa"/>
            <w:gridSpan w:val="3"/>
            <w:shd w:val="clear" w:color="auto" w:fill="A80610"/>
          </w:tcPr>
          <w:p w14:paraId="77FF7CCD" w14:textId="77777777" w:rsidR="008A0C6B" w:rsidRDefault="008A0C6B" w:rsidP="008A0C6B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Mbyllja</w:t>
            </w:r>
            <w:proofErr w:type="spellEnd"/>
            <w:r>
              <w:rPr>
                <w:b/>
                <w:color w:val="FFFFFF"/>
                <w:sz w:val="17"/>
              </w:rPr>
              <w:t xml:space="preserve"> e </w:t>
            </w:r>
            <w:proofErr w:type="spellStart"/>
            <w:r>
              <w:rPr>
                <w:b/>
                <w:color w:val="FFFFFF"/>
                <w:sz w:val="17"/>
              </w:rPr>
              <w:t>Konferencës</w:t>
            </w:r>
            <w:proofErr w:type="spellEnd"/>
            <w:r>
              <w:rPr>
                <w:b/>
                <w:color w:val="FFFFFF"/>
                <w:sz w:val="17"/>
              </w:rPr>
              <w:t xml:space="preserve"> </w:t>
            </w:r>
            <w:proofErr w:type="spellStart"/>
            <w:r>
              <w:rPr>
                <w:b/>
                <w:color w:val="FFFFFF"/>
                <w:sz w:val="17"/>
              </w:rPr>
              <w:t>dhe</w:t>
            </w:r>
            <w:proofErr w:type="spellEnd"/>
            <w:r>
              <w:rPr>
                <w:b/>
                <w:color w:val="FFFFFF"/>
                <w:sz w:val="17"/>
              </w:rPr>
              <w:t xml:space="preserve"> </w:t>
            </w:r>
            <w:proofErr w:type="spellStart"/>
            <w:r>
              <w:rPr>
                <w:b/>
                <w:color w:val="FFFFFF"/>
                <w:sz w:val="17"/>
              </w:rPr>
              <w:t>fotoja</w:t>
            </w:r>
            <w:proofErr w:type="spellEnd"/>
            <w:r>
              <w:rPr>
                <w:b/>
                <w:color w:val="FFFFFF"/>
                <w:sz w:val="17"/>
              </w:rPr>
              <w:t xml:space="preserve"> e </w:t>
            </w:r>
            <w:proofErr w:type="spellStart"/>
            <w:r>
              <w:rPr>
                <w:b/>
                <w:color w:val="FFFFFF"/>
                <w:sz w:val="17"/>
              </w:rPr>
              <w:t>përbashkët</w:t>
            </w:r>
            <w:proofErr w:type="spellEnd"/>
          </w:p>
        </w:tc>
      </w:tr>
    </w:tbl>
    <w:p w14:paraId="5012C2E4" w14:textId="77777777" w:rsidR="00040F6C" w:rsidRDefault="00040F6C"/>
    <w:p w14:paraId="7ACB735A" w14:textId="77777777" w:rsidR="00040F6C" w:rsidRDefault="00AA6299">
      <w:r>
        <w:br w:type="page"/>
      </w:r>
    </w:p>
    <w:p w14:paraId="6A152B52" w14:textId="77777777" w:rsidR="00040F6C" w:rsidRDefault="00AA6299">
      <w:pPr>
        <w:pBdr>
          <w:bottom w:val="single" w:sz="8" w:space="4" w:color="A80610"/>
        </w:pBdr>
        <w:spacing w:before="160" w:after="40" w:line="240" w:lineRule="auto"/>
      </w:pPr>
      <w:r>
        <w:rPr>
          <w:b/>
          <w:caps/>
          <w:color w:val="A80610"/>
          <w:sz w:val="30"/>
        </w:rPr>
        <w:t>PROGRAMI DETAJUAR I PREZANTIMEVE ORALE</w:t>
      </w:r>
    </w:p>
    <w:p w14:paraId="492BCAB8" w14:textId="77777777" w:rsidR="00040F6C" w:rsidRDefault="00AA6299">
      <w:pPr>
        <w:spacing w:before="120" w:after="120" w:line="240" w:lineRule="auto"/>
        <w:jc w:val="center"/>
      </w:pPr>
      <w:r>
        <w:rPr>
          <w:b/>
          <w:color w:val="A80610"/>
          <w:sz w:val="30"/>
        </w:rPr>
        <w:t>AMFITEATËR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00"/>
        <w:gridCol w:w="1734"/>
        <w:gridCol w:w="837"/>
        <w:gridCol w:w="2841"/>
        <w:gridCol w:w="64"/>
      </w:tblGrid>
      <w:tr w:rsidR="00040F6C" w14:paraId="78B4E679" w14:textId="77777777">
        <w:trPr>
          <w:jc w:val="center"/>
        </w:trPr>
        <w:tc>
          <w:tcPr>
            <w:tcW w:w="10376" w:type="dxa"/>
            <w:gridSpan w:val="5"/>
            <w:shd w:val="clear" w:color="auto" w:fill="A806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CDE32" w14:textId="77777777" w:rsidR="00040F6C" w:rsidRDefault="00040F6C">
            <w:pPr>
              <w:spacing w:after="0" w:line="240" w:lineRule="auto"/>
            </w:pPr>
          </w:p>
        </w:tc>
      </w:tr>
      <w:tr w:rsidR="00040F6C" w14:paraId="735F99F3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3"/>
          <w:wAfter w:w="1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4EFAA6A5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20"/>
              </w:rPr>
              <w:t>SESIONI 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Perspektiva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Bashkëkohore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Kërkimin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Mjekësor</w:t>
            </w:r>
            <w:proofErr w:type="spellEnd"/>
            <w:r>
              <w:rPr>
                <w:b/>
                <w:color w:val="FFFFFF"/>
                <w:sz w:val="16"/>
              </w:rPr>
              <w:t xml:space="preserve"> / Contemporary Perspectives in Medical Research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00D7D6F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09:00–10:30</w:t>
            </w:r>
          </w:p>
        </w:tc>
      </w:tr>
      <w:tr w:rsidR="00040F6C" w14:paraId="1FB3D2ED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2"/>
          <w:wAfter w:w="1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35A1EAA7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</w:t>
            </w:r>
            <w:proofErr w:type="spellStart"/>
            <w:r>
              <w:rPr>
                <w:color w:val="1F1F1F"/>
                <w:sz w:val="15"/>
              </w:rPr>
              <w:t>Sefedin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Muçaj</w:t>
            </w:r>
            <w:proofErr w:type="spellEnd"/>
            <w:r>
              <w:rPr>
                <w:color w:val="1F1F1F"/>
                <w:sz w:val="15"/>
              </w:rPr>
              <w:t xml:space="preserve">, Aurora Bakalli, Shaip Krasniqi, Naim Zeka, Vesa </w:t>
            </w:r>
            <w:proofErr w:type="spellStart"/>
            <w:r>
              <w:rPr>
                <w:color w:val="1F1F1F"/>
                <w:sz w:val="15"/>
              </w:rPr>
              <w:t>Vishaj</w:t>
            </w:r>
            <w:proofErr w:type="spellEnd"/>
          </w:p>
        </w:tc>
      </w:tr>
      <w:tr w:rsidR="00040F6C" w14:paraId="18CB0DF7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0AF81C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81355A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5704121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0E38C1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09:00–09:10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481C2D0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And Elshani, Emine </w:t>
            </w:r>
            <w:proofErr w:type="spellStart"/>
            <w:r>
              <w:rPr>
                <w:b/>
                <w:color w:val="1F1F1F"/>
                <w:sz w:val="15"/>
              </w:rPr>
              <w:t>Ramku</w:t>
            </w:r>
            <w:proofErr w:type="spellEnd"/>
          </w:p>
          <w:p w14:paraId="311BA6D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Skori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simptomave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prediktor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anomalive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timpanometrike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fëmijët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dyshim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hipertrofi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adenoide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pilot</w:t>
            </w:r>
          </w:p>
          <w:p w14:paraId="0CDB6025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Clinical Symptom Score as a Predictor of </w:t>
            </w:r>
            <w:proofErr w:type="spellStart"/>
            <w:r>
              <w:rPr>
                <w:i/>
                <w:color w:val="555555"/>
                <w:sz w:val="14"/>
              </w:rPr>
              <w:t>Tympanometric</w:t>
            </w:r>
            <w:proofErr w:type="spellEnd"/>
            <w:r>
              <w:rPr>
                <w:i/>
                <w:color w:val="555555"/>
                <w:sz w:val="14"/>
              </w:rPr>
              <w:t xml:space="preserve"> Abnormalities in Children with Suspected Adenoid Hypertrophy: A Pilot Study</w:t>
            </w:r>
          </w:p>
        </w:tc>
      </w:tr>
      <w:tr w:rsidR="00040F6C" w14:paraId="454C779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237652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09:10–09:20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230971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Erëza</w:t>
            </w:r>
            <w:proofErr w:type="spellEnd"/>
            <w:r>
              <w:rPr>
                <w:b/>
                <w:color w:val="1F1F1F"/>
                <w:sz w:val="15"/>
              </w:rPr>
              <w:t xml:space="preserve"> Durmishi, Atifete Ramosaj Morina</w:t>
            </w:r>
          </w:p>
          <w:p w14:paraId="0D20DB8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Komplikimet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metabolike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obezitetin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pediatrik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seri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rastesh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Endokrinologjisë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Pediatrike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QKUK</w:t>
            </w:r>
          </w:p>
          <w:p w14:paraId="40923D75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Metabolic Complications in Pediatric Obesity: A Case Series from the Pediatric Endocrinology Clinic at the University Clinical Center of Kosovo</w:t>
            </w:r>
          </w:p>
        </w:tc>
      </w:tr>
      <w:tr w:rsidR="00040F6C" w14:paraId="1FE8962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193A2C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09:20–09:30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7D8B9D5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Shend Ajeti</w:t>
            </w:r>
          </w:p>
          <w:p w14:paraId="105DFECB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parametrave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kornealë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optikë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preoperativë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rezultatet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vizuale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refraktive</w:t>
            </w:r>
            <w:proofErr w:type="spellEnd"/>
            <w:r>
              <w:rPr>
                <w:b/>
                <w:color w:val="111111"/>
                <w:sz w:val="15"/>
              </w:rPr>
              <w:t xml:space="preserve"> pas </w:t>
            </w:r>
            <w:proofErr w:type="spellStart"/>
            <w:r>
              <w:rPr>
                <w:b/>
                <w:color w:val="111111"/>
                <w:sz w:val="15"/>
              </w:rPr>
              <w:t>keratektomisë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fotorefraktive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transepiteliale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</w:t>
            </w:r>
            <w:proofErr w:type="spellEnd"/>
          </w:p>
          <w:p w14:paraId="0104602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Influence of Preoperative Corneal and Optical Parameters on Visual and Refractive Outcomes After Transepithelial Photorefractive Keratectomy: A Retrospective Study</w:t>
            </w:r>
          </w:p>
        </w:tc>
      </w:tr>
      <w:tr w:rsidR="00040F6C" w14:paraId="2BB8127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8D5FB1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09:30–09:40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40D7B6E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Celia Gaillard, Merita Koҫinaj-Berisha, Florie Miftari-Basholli</w:t>
            </w:r>
          </w:p>
          <w:p w14:paraId="1444E841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>What barriers do pregnant women face who want an abortion in Kosovo?</w:t>
            </w:r>
          </w:p>
          <w:p w14:paraId="328ECF6B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i/>
                <w:color w:val="555555"/>
                <w:sz w:val="14"/>
              </w:rPr>
              <w:t>Çfarë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pengesash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hasin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gratë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shtatzëna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që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dëshirojnë</w:t>
            </w:r>
            <w:proofErr w:type="spellEnd"/>
            <w:r>
              <w:rPr>
                <w:i/>
                <w:color w:val="555555"/>
                <w:sz w:val="14"/>
              </w:rPr>
              <w:t xml:space="preserve"> të </w:t>
            </w:r>
            <w:proofErr w:type="spellStart"/>
            <w:r>
              <w:rPr>
                <w:i/>
                <w:color w:val="555555"/>
                <w:sz w:val="14"/>
              </w:rPr>
              <w:t>kryejnë</w:t>
            </w:r>
            <w:proofErr w:type="spellEnd"/>
            <w:r>
              <w:rPr>
                <w:i/>
                <w:color w:val="555555"/>
                <w:sz w:val="14"/>
              </w:rPr>
              <w:t xml:space="preserve"> abort </w:t>
            </w:r>
            <w:proofErr w:type="spellStart"/>
            <w:r>
              <w:rPr>
                <w:i/>
                <w:color w:val="555555"/>
                <w:sz w:val="14"/>
              </w:rPr>
              <w:t>në</w:t>
            </w:r>
            <w:proofErr w:type="spellEnd"/>
            <w:r>
              <w:rPr>
                <w:i/>
                <w:color w:val="555555"/>
                <w:sz w:val="14"/>
              </w:rPr>
              <w:t xml:space="preserve"> Kosovë?</w:t>
            </w:r>
          </w:p>
        </w:tc>
      </w:tr>
      <w:tr w:rsidR="00040F6C" w14:paraId="5540798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FAA1E5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09:40–09:50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C5B2D79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Chelikikj</w:t>
            </w:r>
            <w:proofErr w:type="spellEnd"/>
            <w:r>
              <w:rPr>
                <w:b/>
                <w:color w:val="1F1F1F"/>
                <w:sz w:val="15"/>
              </w:rPr>
              <w:t xml:space="preserve"> A, </w:t>
            </w:r>
            <w:proofErr w:type="spellStart"/>
            <w:r>
              <w:rPr>
                <w:b/>
                <w:color w:val="1F1F1F"/>
                <w:sz w:val="15"/>
              </w:rPr>
              <w:t>Poposka</w:t>
            </w:r>
            <w:proofErr w:type="spellEnd"/>
            <w:r>
              <w:rPr>
                <w:b/>
                <w:color w:val="1F1F1F"/>
                <w:sz w:val="15"/>
              </w:rPr>
              <w:t xml:space="preserve"> L</w:t>
            </w:r>
          </w:p>
          <w:p w14:paraId="60EC5F6F" w14:textId="3CF86BF5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Paroxysmal atrial fibrillation in athlete’s heart: </w:t>
            </w:r>
            <w:r w:rsidR="0047524B">
              <w:rPr>
                <w:b/>
                <w:color w:val="111111"/>
                <w:sz w:val="15"/>
              </w:rPr>
              <w:t>W</w:t>
            </w:r>
            <w:r>
              <w:rPr>
                <w:b/>
                <w:color w:val="111111"/>
                <w:sz w:val="15"/>
              </w:rPr>
              <w:t>hen physiological adaptation becomes arrhythmogenic</w:t>
            </w:r>
          </w:p>
          <w:p w14:paraId="6716156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i/>
                <w:color w:val="555555"/>
                <w:sz w:val="14"/>
              </w:rPr>
              <w:t>Fibrilacioni</w:t>
            </w:r>
            <w:proofErr w:type="spellEnd"/>
            <w:r>
              <w:rPr>
                <w:i/>
                <w:color w:val="555555"/>
                <w:sz w:val="14"/>
              </w:rPr>
              <w:t xml:space="preserve"> atrial </w:t>
            </w:r>
            <w:proofErr w:type="spellStart"/>
            <w:r>
              <w:rPr>
                <w:i/>
                <w:color w:val="555555"/>
                <w:sz w:val="14"/>
              </w:rPr>
              <w:t>paroksizmal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në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zemrën</w:t>
            </w:r>
            <w:proofErr w:type="spellEnd"/>
            <w:r>
              <w:rPr>
                <w:i/>
                <w:color w:val="555555"/>
                <w:sz w:val="14"/>
              </w:rPr>
              <w:t xml:space="preserve"> e </w:t>
            </w:r>
            <w:proofErr w:type="spellStart"/>
            <w:r>
              <w:rPr>
                <w:i/>
                <w:color w:val="555555"/>
                <w:sz w:val="14"/>
              </w:rPr>
              <w:t>atletit</w:t>
            </w:r>
            <w:proofErr w:type="spellEnd"/>
            <w:r>
              <w:rPr>
                <w:i/>
                <w:color w:val="555555"/>
                <w:sz w:val="14"/>
              </w:rPr>
              <w:t xml:space="preserve">: </w:t>
            </w:r>
            <w:proofErr w:type="spellStart"/>
            <w:r>
              <w:rPr>
                <w:i/>
                <w:color w:val="555555"/>
                <w:sz w:val="14"/>
              </w:rPr>
              <w:t>kur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adaptimi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fiziologjik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bëhet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aritmogjenik</w:t>
            </w:r>
            <w:proofErr w:type="spellEnd"/>
          </w:p>
        </w:tc>
      </w:tr>
      <w:tr w:rsidR="00040F6C" w14:paraId="7030013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582C06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09:50–10:00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41B13A5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Granit Rudi, Fator Vula, Ardian </w:t>
            </w:r>
            <w:proofErr w:type="spellStart"/>
            <w:r>
              <w:rPr>
                <w:b/>
                <w:color w:val="1F1F1F"/>
                <w:sz w:val="15"/>
              </w:rPr>
              <w:t>Biçaku</w:t>
            </w:r>
            <w:proofErr w:type="spellEnd"/>
            <w:r>
              <w:rPr>
                <w:b/>
                <w:color w:val="1F1F1F"/>
                <w:sz w:val="15"/>
              </w:rPr>
              <w:t xml:space="preserve">, Kreshnike </w:t>
            </w:r>
            <w:proofErr w:type="spellStart"/>
            <w:r>
              <w:rPr>
                <w:b/>
                <w:color w:val="1F1F1F"/>
                <w:sz w:val="15"/>
              </w:rPr>
              <w:t>Dedushi</w:t>
            </w:r>
            <w:proofErr w:type="spellEnd"/>
            <w:r>
              <w:rPr>
                <w:b/>
                <w:color w:val="1F1F1F"/>
                <w:sz w:val="15"/>
              </w:rPr>
              <w:t xml:space="preserve"> Hoti, Ilir </w:t>
            </w:r>
            <w:proofErr w:type="spellStart"/>
            <w:r>
              <w:rPr>
                <w:b/>
                <w:color w:val="1F1F1F"/>
                <w:sz w:val="15"/>
              </w:rPr>
              <w:t>Ahmetgjekaj</w:t>
            </w:r>
            <w:proofErr w:type="spellEnd"/>
          </w:p>
          <w:p w14:paraId="3DCD629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Gjatësia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skanimit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faktor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kryesor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dozën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rrezatimit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CT-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audit i </w:t>
            </w:r>
            <w:proofErr w:type="spellStart"/>
            <w:r>
              <w:rPr>
                <w:b/>
                <w:color w:val="111111"/>
                <w:sz w:val="15"/>
              </w:rPr>
              <w:t>niveleve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diagnostike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referencës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nga</w:t>
            </w:r>
            <w:proofErr w:type="spellEnd"/>
            <w:r>
              <w:rPr>
                <w:b/>
                <w:color w:val="111111"/>
                <w:sz w:val="15"/>
              </w:rPr>
              <w:t xml:space="preserve"> Kosova</w:t>
            </w:r>
          </w:p>
          <w:p w14:paraId="0B4BA61B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Scan length as a major driver of CT radiation dose: a diagnostic reference level audit from Kosovo</w:t>
            </w:r>
          </w:p>
        </w:tc>
      </w:tr>
      <w:tr w:rsidR="00040F6C" w14:paraId="7D7A83B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CABB00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10:00–10:10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18C47DE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Leona Jashari, Naim Zeka</w:t>
            </w:r>
          </w:p>
          <w:p w14:paraId="5DADF553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The impact of </w:t>
            </w:r>
            <w:proofErr w:type="spellStart"/>
            <w:r>
              <w:rPr>
                <w:b/>
                <w:color w:val="111111"/>
                <w:sz w:val="15"/>
              </w:rPr>
              <w:t>risdiplam</w:t>
            </w:r>
            <w:proofErr w:type="spellEnd"/>
            <w:r>
              <w:rPr>
                <w:b/>
                <w:color w:val="111111"/>
                <w:sz w:val="15"/>
              </w:rPr>
              <w:t xml:space="preserve"> treatment on bulbar and motor functions in patients with spinal muscular atrophy at the Pediatric Clinic</w:t>
            </w:r>
          </w:p>
          <w:p w14:paraId="75A95DA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i/>
                <w:color w:val="555555"/>
                <w:sz w:val="14"/>
              </w:rPr>
              <w:t>Ndikimi</w:t>
            </w:r>
            <w:proofErr w:type="spellEnd"/>
            <w:r>
              <w:rPr>
                <w:i/>
                <w:color w:val="555555"/>
                <w:sz w:val="14"/>
              </w:rPr>
              <w:t xml:space="preserve"> i </w:t>
            </w:r>
            <w:proofErr w:type="spellStart"/>
            <w:r>
              <w:rPr>
                <w:i/>
                <w:color w:val="555555"/>
                <w:sz w:val="14"/>
              </w:rPr>
              <w:t>trajtimit</w:t>
            </w:r>
            <w:proofErr w:type="spellEnd"/>
            <w:r>
              <w:rPr>
                <w:i/>
                <w:color w:val="555555"/>
                <w:sz w:val="14"/>
              </w:rPr>
              <w:t xml:space="preserve"> me </w:t>
            </w:r>
            <w:proofErr w:type="spellStart"/>
            <w:r>
              <w:rPr>
                <w:i/>
                <w:color w:val="555555"/>
                <w:sz w:val="14"/>
              </w:rPr>
              <w:t>risdiplam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në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funksionet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bulbare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dhe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motorike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te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pacientët</w:t>
            </w:r>
            <w:proofErr w:type="spellEnd"/>
            <w:r>
              <w:rPr>
                <w:i/>
                <w:color w:val="555555"/>
                <w:sz w:val="14"/>
              </w:rPr>
              <w:t xml:space="preserve"> me </w:t>
            </w:r>
            <w:proofErr w:type="spellStart"/>
            <w:r>
              <w:rPr>
                <w:i/>
                <w:color w:val="555555"/>
                <w:sz w:val="14"/>
              </w:rPr>
              <w:t>atrofi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muskulare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spinale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në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Klinikën</w:t>
            </w:r>
            <w:proofErr w:type="spellEnd"/>
            <w:r>
              <w:rPr>
                <w:i/>
                <w:color w:val="555555"/>
                <w:sz w:val="14"/>
              </w:rPr>
              <w:t xml:space="preserve"> e </w:t>
            </w:r>
            <w:proofErr w:type="spellStart"/>
            <w:r>
              <w:rPr>
                <w:i/>
                <w:color w:val="555555"/>
                <w:sz w:val="14"/>
              </w:rPr>
              <w:t>Pediatrisë</w:t>
            </w:r>
            <w:proofErr w:type="spellEnd"/>
          </w:p>
        </w:tc>
      </w:tr>
      <w:tr w:rsidR="00040F6C" w14:paraId="555BC91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01CF32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10:10–10:20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1A904F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Artizana</w:t>
            </w:r>
            <w:proofErr w:type="spellEnd"/>
            <w:r>
              <w:rPr>
                <w:b/>
                <w:color w:val="1F1F1F"/>
                <w:sz w:val="15"/>
              </w:rPr>
              <w:t xml:space="preserve"> Dushi, Dance Vasileva, </w:t>
            </w:r>
            <w:proofErr w:type="spellStart"/>
            <w:r>
              <w:rPr>
                <w:b/>
                <w:color w:val="1F1F1F"/>
                <w:sz w:val="15"/>
              </w:rPr>
              <w:t>Sotirija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Duvlis</w:t>
            </w:r>
            <w:proofErr w:type="spellEnd"/>
          </w:p>
          <w:p w14:paraId="5C317EB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terapisë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antifungale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dinamikën</w:t>
            </w:r>
            <w:proofErr w:type="spellEnd"/>
            <w:r>
              <w:rPr>
                <w:b/>
                <w:color w:val="111111"/>
                <w:sz w:val="15"/>
              </w:rPr>
              <w:t xml:space="preserve"> e IgE-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totale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serum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moshuar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dermatomikozë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kronike</w:t>
            </w:r>
            <w:proofErr w:type="spellEnd"/>
          </w:p>
          <w:p w14:paraId="71D6B7F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impact of antifungal therapy on the dynamics of total serum IgE in elderly patients with chronic dermatomycosis</w:t>
            </w:r>
          </w:p>
        </w:tc>
      </w:tr>
      <w:tr w:rsidR="00040F6C" w14:paraId="52A71227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D3E025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10:20–10:30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EEDC4E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  <w:tr w:rsidR="00040F6C" w14:paraId="316EE6C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cantSplit/>
          <w:jc w:val="center"/>
        </w:trPr>
        <w:tc>
          <w:tcPr>
            <w:tcW w:w="1400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E704C4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10:30–11:00</w:t>
            </w:r>
          </w:p>
        </w:tc>
        <w:tc>
          <w:tcPr>
            <w:tcW w:w="7800" w:type="dxa"/>
            <w:gridSpan w:val="3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52AAE5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PUSHIM KAFEJE</w:t>
            </w:r>
          </w:p>
        </w:tc>
      </w:tr>
    </w:tbl>
    <w:p w14:paraId="0698D384" w14:textId="77777777" w:rsidR="00040F6C" w:rsidRDefault="00040F6C"/>
    <w:p w14:paraId="59C3DA60" w14:textId="77777777" w:rsidR="00096448" w:rsidRDefault="00096448"/>
    <w:p w14:paraId="37683742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26"/>
        <w:gridCol w:w="1788"/>
        <w:gridCol w:w="863"/>
        <w:gridCol w:w="2899"/>
      </w:tblGrid>
      <w:tr w:rsidR="00040F6C" w14:paraId="45CC3D54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1B2B92DF" w14:textId="77777777" w:rsidR="0047524B" w:rsidRDefault="00AA6299">
            <w:pPr>
              <w:spacing w:after="0" w:line="240" w:lineRule="auto"/>
              <w:rPr>
                <w:b/>
                <w:color w:val="FFFFFF"/>
                <w:sz w:val="16"/>
              </w:rPr>
            </w:pPr>
            <w:r>
              <w:rPr>
                <w:b/>
                <w:color w:val="FFFFFF"/>
                <w:sz w:val="20"/>
              </w:rPr>
              <w:t>SESIONI II</w:t>
            </w:r>
            <w:r>
              <w:br/>
            </w:r>
            <w:r>
              <w:rPr>
                <w:b/>
                <w:color w:val="FFFFFF"/>
                <w:sz w:val="16"/>
              </w:rPr>
              <w:t xml:space="preserve">Tema </w:t>
            </w:r>
            <w:proofErr w:type="spellStart"/>
            <w:r>
              <w:rPr>
                <w:b/>
                <w:color w:val="FFFFFF"/>
                <w:sz w:val="16"/>
              </w:rPr>
              <w:t>Aktuale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Mjekësi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dhe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Shëndetësi</w:t>
            </w:r>
            <w:proofErr w:type="spellEnd"/>
            <w:r>
              <w:rPr>
                <w:b/>
                <w:color w:val="FFFFFF"/>
                <w:sz w:val="16"/>
              </w:rPr>
              <w:t xml:space="preserve"> / </w:t>
            </w:r>
          </w:p>
          <w:p w14:paraId="2FF7134B" w14:textId="32AC685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16"/>
              </w:rPr>
              <w:t>Current Topics in Medicine and Healthcare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34AC01C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11:00–12:30</w:t>
            </w:r>
          </w:p>
        </w:tc>
      </w:tr>
      <w:tr w:rsidR="00040F6C" w14:paraId="51C7BBF7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47598ECA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>: Ibrahim Rudhani, Laura Leci-Tahiri, Qëndresa Daka, Antigona Begolli-</w:t>
            </w:r>
            <w:proofErr w:type="spellStart"/>
            <w:r>
              <w:rPr>
                <w:color w:val="1F1F1F"/>
                <w:sz w:val="15"/>
              </w:rPr>
              <w:t>Gerqari</w:t>
            </w:r>
            <w:proofErr w:type="spellEnd"/>
            <w:r>
              <w:rPr>
                <w:color w:val="1F1F1F"/>
                <w:sz w:val="15"/>
              </w:rPr>
              <w:t>, Denis Bajramaj</w:t>
            </w:r>
          </w:p>
        </w:tc>
      </w:tr>
      <w:tr w:rsidR="00040F6C" w14:paraId="2777800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682D1B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3B525C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1E6BE1F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E77C85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11:00–11:10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44C863F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Anda Sylqa, Antigona Begolli-</w:t>
            </w:r>
            <w:proofErr w:type="spellStart"/>
            <w:r>
              <w:rPr>
                <w:b/>
                <w:color w:val="1F1F1F"/>
                <w:sz w:val="15"/>
              </w:rPr>
              <w:t>Gerqari</w:t>
            </w:r>
            <w:proofErr w:type="spellEnd"/>
          </w:p>
          <w:p w14:paraId="46C6E8E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Përdorimi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terapisë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biologjike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psoriazë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</w:t>
            </w:r>
            <w:proofErr w:type="spellEnd"/>
          </w:p>
          <w:p w14:paraId="57E24487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Use of biological therapy in patients with psoriasis: a retrospective study</w:t>
            </w:r>
          </w:p>
        </w:tc>
      </w:tr>
      <w:tr w:rsidR="00040F6C" w14:paraId="581873E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BC94C7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11:10–11:20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486B1B0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Tustanivska</w:t>
            </w:r>
            <w:proofErr w:type="spellEnd"/>
            <w:r>
              <w:rPr>
                <w:b/>
                <w:color w:val="1F1F1F"/>
                <w:sz w:val="15"/>
              </w:rPr>
              <w:t xml:space="preserve"> Yulia </w:t>
            </w:r>
            <w:proofErr w:type="spellStart"/>
            <w:r>
              <w:rPr>
                <w:b/>
                <w:color w:val="1F1F1F"/>
                <w:sz w:val="15"/>
              </w:rPr>
              <w:t>Stanislavivna</w:t>
            </w:r>
            <w:proofErr w:type="spellEnd"/>
            <w:r>
              <w:rPr>
                <w:b/>
                <w:color w:val="1F1F1F"/>
                <w:sz w:val="15"/>
              </w:rPr>
              <w:t xml:space="preserve">, </w:t>
            </w:r>
            <w:proofErr w:type="spellStart"/>
            <w:r>
              <w:rPr>
                <w:b/>
                <w:color w:val="1F1F1F"/>
                <w:sz w:val="15"/>
              </w:rPr>
              <w:t>Bagaylyuk</w:t>
            </w:r>
            <w:proofErr w:type="spellEnd"/>
            <w:r>
              <w:rPr>
                <w:b/>
                <w:color w:val="1F1F1F"/>
                <w:sz w:val="15"/>
              </w:rPr>
              <w:t xml:space="preserve"> Lesya </w:t>
            </w:r>
            <w:proofErr w:type="spellStart"/>
            <w:r>
              <w:rPr>
                <w:b/>
                <w:color w:val="1F1F1F"/>
                <w:sz w:val="15"/>
              </w:rPr>
              <w:t>Bohdanivna</w:t>
            </w:r>
            <w:proofErr w:type="spellEnd"/>
            <w:r>
              <w:rPr>
                <w:b/>
                <w:color w:val="1F1F1F"/>
                <w:sz w:val="15"/>
              </w:rPr>
              <w:t xml:space="preserve">, </w:t>
            </w:r>
            <w:proofErr w:type="spellStart"/>
            <w:r>
              <w:rPr>
                <w:b/>
                <w:color w:val="1F1F1F"/>
                <w:sz w:val="15"/>
              </w:rPr>
              <w:t>Kondryn</w:t>
            </w:r>
            <w:proofErr w:type="spellEnd"/>
            <w:r>
              <w:rPr>
                <w:b/>
                <w:color w:val="1F1F1F"/>
                <w:sz w:val="15"/>
              </w:rPr>
              <w:t xml:space="preserve"> Mariana Marianivna, </w:t>
            </w:r>
            <w:proofErr w:type="spellStart"/>
            <w:r>
              <w:rPr>
                <w:b/>
                <w:color w:val="1F1F1F"/>
                <w:sz w:val="15"/>
              </w:rPr>
              <w:t>Zhurakivska</w:t>
            </w:r>
            <w:proofErr w:type="spellEnd"/>
            <w:r>
              <w:rPr>
                <w:b/>
                <w:color w:val="1F1F1F"/>
                <w:sz w:val="15"/>
              </w:rPr>
              <w:t xml:space="preserve"> Oksana </w:t>
            </w:r>
            <w:proofErr w:type="spellStart"/>
            <w:r>
              <w:rPr>
                <w:b/>
                <w:color w:val="1F1F1F"/>
                <w:sz w:val="15"/>
              </w:rPr>
              <w:t>Yaroslavivna</w:t>
            </w:r>
            <w:proofErr w:type="spellEnd"/>
          </w:p>
          <w:p w14:paraId="1E5BABF1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>How diabetes mellitus affects ovarian disruption during puberty</w:t>
            </w:r>
          </w:p>
          <w:p w14:paraId="3DE011D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Si </w:t>
            </w:r>
            <w:proofErr w:type="spellStart"/>
            <w:r>
              <w:rPr>
                <w:i/>
                <w:color w:val="555555"/>
                <w:sz w:val="14"/>
              </w:rPr>
              <w:t>ndikon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diabeti</w:t>
            </w:r>
            <w:proofErr w:type="spellEnd"/>
            <w:r>
              <w:rPr>
                <w:i/>
                <w:color w:val="555555"/>
                <w:sz w:val="14"/>
              </w:rPr>
              <w:t xml:space="preserve"> mellitus </w:t>
            </w:r>
            <w:proofErr w:type="spellStart"/>
            <w:r>
              <w:rPr>
                <w:i/>
                <w:color w:val="555555"/>
                <w:sz w:val="14"/>
              </w:rPr>
              <w:t>në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çrregullimet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ovariane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gjatë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pubertetit</w:t>
            </w:r>
            <w:proofErr w:type="spellEnd"/>
          </w:p>
        </w:tc>
      </w:tr>
      <w:tr w:rsidR="00040F6C" w14:paraId="46EE6E5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D22BA0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11:20–11:30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848AF2E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Arianit Bytyqi, Luljeta Neziri Ahmetaj</w:t>
            </w:r>
          </w:p>
          <w:p w14:paraId="177580D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Profili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sensibilizimit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ndaj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alergjenëve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sëmundje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alergjike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</w:t>
            </w:r>
            <w:proofErr w:type="spellEnd"/>
            <w:r>
              <w:rPr>
                <w:b/>
                <w:color w:val="111111"/>
                <w:sz w:val="15"/>
              </w:rPr>
              <w:t xml:space="preserve"> me të </w:t>
            </w:r>
            <w:proofErr w:type="spellStart"/>
            <w:r>
              <w:rPr>
                <w:b/>
                <w:color w:val="111111"/>
                <w:sz w:val="15"/>
              </w:rPr>
              <w:t>dhëna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vitit</w:t>
            </w:r>
            <w:proofErr w:type="spellEnd"/>
            <w:r>
              <w:rPr>
                <w:b/>
                <w:color w:val="111111"/>
                <w:sz w:val="15"/>
              </w:rPr>
              <w:t xml:space="preserve"> 2023</w:t>
            </w:r>
          </w:p>
          <w:p w14:paraId="11DC2E7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Profile of allergen sensitization in patients with allergic diseases in Kosovo: a retrospective study with data from 2023</w:t>
            </w:r>
          </w:p>
        </w:tc>
      </w:tr>
      <w:tr w:rsidR="00040F6C" w14:paraId="50071BE9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40B7F1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11:30–11:40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817180E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Ermira Bajrami, Pranvera Ibrahimi, Ariana Bejtullahu, Defrim Morina, Premtim </w:t>
            </w:r>
            <w:proofErr w:type="spellStart"/>
            <w:r>
              <w:rPr>
                <w:b/>
                <w:color w:val="1F1F1F"/>
                <w:sz w:val="15"/>
              </w:rPr>
              <w:t>Rashiti</w:t>
            </w:r>
            <w:proofErr w:type="spellEnd"/>
          </w:p>
          <w:p w14:paraId="7902993D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Parashikuesit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përshkrimit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frenuesve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bashkëtransportuesit</w:t>
            </w:r>
            <w:proofErr w:type="spellEnd"/>
            <w:r>
              <w:rPr>
                <w:b/>
                <w:color w:val="111111"/>
                <w:sz w:val="15"/>
              </w:rPr>
              <w:t xml:space="preserve"> natrium-</w:t>
            </w:r>
            <w:proofErr w:type="spellStart"/>
            <w:r>
              <w:rPr>
                <w:b/>
                <w:color w:val="111111"/>
                <w:sz w:val="15"/>
              </w:rPr>
              <w:t>glukozë</w:t>
            </w:r>
            <w:proofErr w:type="spellEnd"/>
            <w:r>
              <w:rPr>
                <w:b/>
                <w:color w:val="111111"/>
                <w:sz w:val="15"/>
              </w:rPr>
              <w:t xml:space="preserve"> 2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insuficiencë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kardiake</w:t>
            </w:r>
            <w:proofErr w:type="spellEnd"/>
          </w:p>
          <w:p w14:paraId="73BDB64A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Predictors of sodium-glucose cotransporter 2 inhibitors prescription in patients with heart failure</w:t>
            </w:r>
          </w:p>
        </w:tc>
      </w:tr>
      <w:tr w:rsidR="00040F6C" w14:paraId="6A61492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BC68A3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11:40–11:50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AB05DC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Bojana </w:t>
            </w:r>
            <w:proofErr w:type="spellStart"/>
            <w:r>
              <w:rPr>
                <w:b/>
                <w:color w:val="1F1F1F"/>
                <w:sz w:val="15"/>
              </w:rPr>
              <w:t>Georgievska</w:t>
            </w:r>
            <w:proofErr w:type="spellEnd"/>
            <w:r>
              <w:rPr>
                <w:b/>
                <w:color w:val="1F1F1F"/>
                <w:sz w:val="15"/>
              </w:rPr>
              <w:t xml:space="preserve">, Sanela </w:t>
            </w:r>
            <w:proofErr w:type="spellStart"/>
            <w:r>
              <w:rPr>
                <w:b/>
                <w:color w:val="1F1F1F"/>
                <w:sz w:val="15"/>
              </w:rPr>
              <w:t>Idoska</w:t>
            </w:r>
            <w:proofErr w:type="spellEnd"/>
            <w:r>
              <w:rPr>
                <w:b/>
                <w:color w:val="1F1F1F"/>
                <w:sz w:val="15"/>
              </w:rPr>
              <w:t xml:space="preserve">, Martina </w:t>
            </w:r>
            <w:proofErr w:type="spellStart"/>
            <w:r>
              <w:rPr>
                <w:b/>
                <w:color w:val="1F1F1F"/>
                <w:sz w:val="15"/>
              </w:rPr>
              <w:t>Anastasovska</w:t>
            </w:r>
            <w:proofErr w:type="spellEnd"/>
          </w:p>
          <w:p w14:paraId="6B099ACA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>The role of biochemical characteristics of saliva in sialolithiasis</w:t>
            </w:r>
          </w:p>
          <w:p w14:paraId="6A8423E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Roli i </w:t>
            </w:r>
            <w:proofErr w:type="spellStart"/>
            <w:r>
              <w:rPr>
                <w:i/>
                <w:color w:val="555555"/>
                <w:sz w:val="14"/>
              </w:rPr>
              <w:t>karakteristikave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biokimike</w:t>
            </w:r>
            <w:proofErr w:type="spellEnd"/>
            <w:r>
              <w:rPr>
                <w:i/>
                <w:color w:val="555555"/>
                <w:sz w:val="14"/>
              </w:rPr>
              <w:t xml:space="preserve"> të </w:t>
            </w:r>
            <w:proofErr w:type="spellStart"/>
            <w:r>
              <w:rPr>
                <w:i/>
                <w:color w:val="555555"/>
                <w:sz w:val="14"/>
              </w:rPr>
              <w:t>pështymës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në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sialolitiazë</w:t>
            </w:r>
            <w:proofErr w:type="spellEnd"/>
          </w:p>
        </w:tc>
      </w:tr>
      <w:tr w:rsidR="00040F6C" w14:paraId="7682ED4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141266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11:50–12:00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B6B1C34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Bardha Kelmendi, Lis Sllamniku, Aurora Bakalli</w:t>
            </w:r>
          </w:p>
          <w:p w14:paraId="4725C81D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Vetëmenaxhimi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hipertensionit</w:t>
            </w:r>
            <w:proofErr w:type="spellEnd"/>
            <w:r>
              <w:rPr>
                <w:b/>
                <w:color w:val="111111"/>
                <w:sz w:val="15"/>
              </w:rPr>
              <w:t xml:space="preserve"> arterial: </w:t>
            </w:r>
            <w:proofErr w:type="spellStart"/>
            <w:r>
              <w:rPr>
                <w:b/>
                <w:color w:val="111111"/>
                <w:sz w:val="15"/>
              </w:rPr>
              <w:t>sjelljet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vetëkujdesit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aderenca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terapeutike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popullatë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ambulatore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terciare</w:t>
            </w:r>
            <w:proofErr w:type="spellEnd"/>
          </w:p>
          <w:p w14:paraId="0F7AD67B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Self-management of arterial hypertension: self-care behaviors and therapeutic adherence in a tertiary ambulatory population</w:t>
            </w:r>
          </w:p>
        </w:tc>
      </w:tr>
      <w:tr w:rsidR="00040F6C" w14:paraId="7735A3C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7D55FF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12:00–12:10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FCE350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Dren </w:t>
            </w:r>
            <w:proofErr w:type="spellStart"/>
            <w:r>
              <w:rPr>
                <w:b/>
                <w:color w:val="1F1F1F"/>
                <w:sz w:val="15"/>
              </w:rPr>
              <w:t>Svirca</w:t>
            </w:r>
            <w:proofErr w:type="spellEnd"/>
            <w:r>
              <w:rPr>
                <w:b/>
                <w:color w:val="1F1F1F"/>
                <w:sz w:val="15"/>
              </w:rPr>
              <w:t xml:space="preserve">, Albina </w:t>
            </w:r>
            <w:proofErr w:type="spellStart"/>
            <w:r>
              <w:rPr>
                <w:b/>
                <w:color w:val="1F1F1F"/>
                <w:sz w:val="15"/>
              </w:rPr>
              <w:t>Ujkani</w:t>
            </w:r>
            <w:proofErr w:type="spellEnd"/>
            <w:r>
              <w:rPr>
                <w:b/>
                <w:color w:val="1F1F1F"/>
                <w:sz w:val="15"/>
              </w:rPr>
              <w:t xml:space="preserve">, </w:t>
            </w:r>
            <w:proofErr w:type="spellStart"/>
            <w:r>
              <w:rPr>
                <w:b/>
                <w:color w:val="1F1F1F"/>
                <w:sz w:val="15"/>
              </w:rPr>
              <w:t>Serbeze</w:t>
            </w:r>
            <w:proofErr w:type="spellEnd"/>
            <w:r>
              <w:rPr>
                <w:b/>
                <w:color w:val="1F1F1F"/>
                <w:sz w:val="15"/>
              </w:rPr>
              <w:t xml:space="preserve"> Kabashi-</w:t>
            </w:r>
            <w:proofErr w:type="spellStart"/>
            <w:r>
              <w:rPr>
                <w:b/>
                <w:color w:val="1F1F1F"/>
                <w:sz w:val="15"/>
              </w:rPr>
              <w:t>Muçaj</w:t>
            </w:r>
            <w:proofErr w:type="spellEnd"/>
          </w:p>
          <w:p w14:paraId="54D457C1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>Roli i PET/CT-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stadifikimin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limfomave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Kosovë: </w:t>
            </w:r>
            <w:proofErr w:type="spellStart"/>
            <w:r>
              <w:rPr>
                <w:b/>
                <w:color w:val="111111"/>
                <w:sz w:val="15"/>
              </w:rPr>
              <w:t>analizë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retrospektive</w:t>
            </w:r>
            <w:proofErr w:type="spellEnd"/>
          </w:p>
          <w:p w14:paraId="713772A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role of PET/CT in the staging of lymphomas in Kosovo: a retrospective analysis</w:t>
            </w:r>
          </w:p>
        </w:tc>
      </w:tr>
      <w:tr w:rsidR="00040F6C" w14:paraId="0F74E37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FD96EC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12:10–12:20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37C7009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Emira Lleshi, Aurora Bakalli</w:t>
            </w:r>
          </w:p>
          <w:p w14:paraId="47E2E0A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Cilësia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jetës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fibrilacion</w:t>
            </w:r>
            <w:proofErr w:type="spellEnd"/>
            <w:r>
              <w:rPr>
                <w:b/>
                <w:color w:val="111111"/>
                <w:sz w:val="15"/>
              </w:rPr>
              <w:t xml:space="preserve"> atrial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Kosovë: </w:t>
            </w:r>
            <w:proofErr w:type="spellStart"/>
            <w:r>
              <w:rPr>
                <w:b/>
                <w:color w:val="111111"/>
                <w:sz w:val="15"/>
              </w:rPr>
              <w:t>vlerësim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përmes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pyetësorit</w:t>
            </w:r>
            <w:proofErr w:type="spellEnd"/>
            <w:r>
              <w:rPr>
                <w:b/>
                <w:color w:val="111111"/>
                <w:sz w:val="15"/>
              </w:rPr>
              <w:t xml:space="preserve"> AFEQT</w:t>
            </w:r>
          </w:p>
          <w:p w14:paraId="65D09F1C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Quality of life in patients with atrial fibrillation in Kosovo: assessment using the AFEQT questionnaire</w:t>
            </w:r>
          </w:p>
        </w:tc>
      </w:tr>
      <w:tr w:rsidR="00040F6C" w14:paraId="2D0A2604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247347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12:20–12:30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0B4396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  <w:tr w:rsidR="00040F6C" w14:paraId="481D99C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96130E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12:30–14:00</w:t>
            </w:r>
          </w:p>
        </w:tc>
        <w:tc>
          <w:tcPr>
            <w:tcW w:w="7800" w:type="dxa"/>
            <w:gridSpan w:val="3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09D283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DREKA</w:t>
            </w:r>
          </w:p>
        </w:tc>
      </w:tr>
    </w:tbl>
    <w:p w14:paraId="32A15D88" w14:textId="77777777" w:rsidR="00040F6C" w:rsidRDefault="00040F6C"/>
    <w:p w14:paraId="4A6CD84F" w14:textId="77777777" w:rsidR="00096448" w:rsidRDefault="00096448"/>
    <w:p w14:paraId="0F3592AC" w14:textId="77777777" w:rsidR="00096448" w:rsidRDefault="00096448"/>
    <w:p w14:paraId="1A0C8544" w14:textId="77777777" w:rsidR="00096448" w:rsidRDefault="00096448"/>
    <w:p w14:paraId="473BE09F" w14:textId="77777777" w:rsidR="00096448" w:rsidRDefault="00096448"/>
    <w:p w14:paraId="2C0618EE" w14:textId="77777777" w:rsidR="00096448" w:rsidRDefault="00096448"/>
    <w:p w14:paraId="23929888" w14:textId="77777777" w:rsidR="00096448" w:rsidRDefault="00096448"/>
    <w:p w14:paraId="72E62FF5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82"/>
        <w:gridCol w:w="1722"/>
        <w:gridCol w:w="833"/>
        <w:gridCol w:w="2839"/>
      </w:tblGrid>
      <w:tr w:rsidR="00040F6C" w14:paraId="7736CE1C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738DF602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20"/>
              </w:rPr>
              <w:t>SESIONI III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Sëmundjet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Kardiovaskulare</w:t>
            </w:r>
            <w:proofErr w:type="spellEnd"/>
            <w:r>
              <w:rPr>
                <w:b/>
                <w:color w:val="FFFFFF"/>
                <w:sz w:val="16"/>
              </w:rPr>
              <w:t xml:space="preserve">, </w:t>
            </w:r>
            <w:proofErr w:type="spellStart"/>
            <w:r>
              <w:rPr>
                <w:b/>
                <w:color w:val="FFFFFF"/>
                <w:sz w:val="16"/>
              </w:rPr>
              <w:t>Infektive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dhe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Metabolike</w:t>
            </w:r>
            <w:proofErr w:type="spellEnd"/>
            <w:r>
              <w:rPr>
                <w:b/>
                <w:color w:val="FFFFFF"/>
                <w:sz w:val="16"/>
              </w:rPr>
              <w:t xml:space="preserve"> / Cardiovascular, Infectious and Metabolic Diseases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28238F2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14:00–15:30</w:t>
            </w:r>
          </w:p>
        </w:tc>
      </w:tr>
      <w:tr w:rsidR="00040F6C" w14:paraId="3EFB472C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0C8E024F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Ilir Tolaj, Gani Bajraktari, </w:t>
            </w:r>
            <w:proofErr w:type="spellStart"/>
            <w:r>
              <w:rPr>
                <w:color w:val="1F1F1F"/>
                <w:sz w:val="15"/>
              </w:rPr>
              <w:t>Lidvana</w:t>
            </w:r>
            <w:proofErr w:type="spellEnd"/>
            <w:r>
              <w:rPr>
                <w:color w:val="1F1F1F"/>
                <w:sz w:val="15"/>
              </w:rPr>
              <w:t xml:space="preserve"> Spahiu, Rrezarta Alihajdaraj, Andi Hoxha</w:t>
            </w:r>
          </w:p>
        </w:tc>
      </w:tr>
      <w:tr w:rsidR="00040F6C" w14:paraId="2F5C4097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E63ED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405D8D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027750E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126B93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14:00–14:10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59B92E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Diellza Veseli, Aurora Bakalli</w:t>
            </w:r>
          </w:p>
          <w:p w14:paraId="7C6046D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Infarkti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akut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miokardit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prematur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analiza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faktorëve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rrezikut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gjetjeve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angiografike</w:t>
            </w:r>
            <w:proofErr w:type="spellEnd"/>
          </w:p>
          <w:p w14:paraId="1489B87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Premature acute myocardial infarction: analysis of risk factors and angiographic findings</w:t>
            </w:r>
          </w:p>
        </w:tc>
      </w:tr>
      <w:tr w:rsidR="00040F6C" w14:paraId="33194B0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66872C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14:10–14:20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0093974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Mjellma Etemi, Elda Kavaja, Rina Krasniqi, Ilir Q. Tolaj, Gramoz Bunjaku</w:t>
            </w:r>
          </w:p>
          <w:p w14:paraId="5CEE083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Karakteristikat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epidemiologjike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rasteve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importuara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malaries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leishmaniozës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Kosovë: </w:t>
            </w:r>
            <w:proofErr w:type="spellStart"/>
            <w:r>
              <w:rPr>
                <w:b/>
                <w:color w:val="111111"/>
                <w:sz w:val="15"/>
              </w:rPr>
              <w:t>analizë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pesëvjeçare</w:t>
            </w:r>
            <w:proofErr w:type="spellEnd"/>
          </w:p>
          <w:p w14:paraId="32BDB6C4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Clinical and epidemiological characteristics of imported malaria and leishmaniasis in Kosovo: a five-year retrospective analysis</w:t>
            </w:r>
          </w:p>
        </w:tc>
      </w:tr>
      <w:tr w:rsidR="00040F6C" w14:paraId="6A94370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C61275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14:20–14:30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62FD50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Andi Jashari, Korona Bince, </w:t>
            </w:r>
            <w:proofErr w:type="spellStart"/>
            <w:r>
              <w:rPr>
                <w:b/>
                <w:color w:val="1F1F1F"/>
                <w:sz w:val="15"/>
              </w:rPr>
              <w:t>Xhevdet</w:t>
            </w:r>
            <w:proofErr w:type="spellEnd"/>
            <w:r>
              <w:rPr>
                <w:b/>
                <w:color w:val="1F1F1F"/>
                <w:sz w:val="15"/>
              </w:rPr>
              <w:t xml:space="preserve"> Krasniqi, Buna Mustafa, Kreshnik Miftari, Yll Hoxha, Aurora Bakalli</w:t>
            </w:r>
          </w:p>
          <w:p w14:paraId="540B667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Variacionet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çrregullimeve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ritmit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kardiak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sipas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moshës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monitorimin</w:t>
            </w:r>
            <w:proofErr w:type="spellEnd"/>
            <w:r>
              <w:rPr>
                <w:b/>
                <w:color w:val="111111"/>
                <w:sz w:val="15"/>
              </w:rPr>
              <w:t xml:space="preserve"> Holter 24-orësh</w:t>
            </w:r>
          </w:p>
          <w:p w14:paraId="5466108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Variations in cardiac rhythm disorders according to age in 24-hour Holter monitoring</w:t>
            </w:r>
          </w:p>
        </w:tc>
      </w:tr>
      <w:tr w:rsidR="00040F6C" w14:paraId="36277B4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310AFC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14:30–14:40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23579FB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Jeton Sinani, Erza Balaj, Gentiana Januzi, Albana Ajvazi, Merita Emini Sadiku</w:t>
            </w:r>
          </w:p>
          <w:p w14:paraId="18956D99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Deficienca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vitaminës</w:t>
            </w:r>
            <w:proofErr w:type="spellEnd"/>
            <w:r>
              <w:rPr>
                <w:b/>
                <w:color w:val="111111"/>
                <w:sz w:val="15"/>
              </w:rPr>
              <w:t xml:space="preserve"> D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komplikimet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kronike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diabetike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diabetin</w:t>
            </w:r>
            <w:proofErr w:type="spellEnd"/>
            <w:r>
              <w:rPr>
                <w:b/>
                <w:color w:val="111111"/>
                <w:sz w:val="15"/>
              </w:rPr>
              <w:t xml:space="preserve"> mellitus tip 2: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qendre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vetme</w:t>
            </w:r>
            <w:proofErr w:type="spellEnd"/>
          </w:p>
          <w:p w14:paraId="379A512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Vitamin D deficiency and chronic diabetic complications in type 2 diabetes mellitus: a single-center retrospective study</w:t>
            </w:r>
          </w:p>
        </w:tc>
      </w:tr>
      <w:tr w:rsidR="00040F6C" w14:paraId="1BD3F32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3B19BF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14:40–14:50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FB99458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Lis Sllamniku, Bardha Kelmendi, Aurora Bakalli</w:t>
            </w:r>
          </w:p>
          <w:p w14:paraId="3D7CDB98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Ndërgjegjësimi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hipertensionin</w:t>
            </w:r>
            <w:proofErr w:type="spellEnd"/>
            <w:r>
              <w:rPr>
                <w:b/>
                <w:color w:val="111111"/>
                <w:sz w:val="15"/>
              </w:rPr>
              <w:t xml:space="preserve"> arterial: </w:t>
            </w:r>
            <w:proofErr w:type="spellStart"/>
            <w:r>
              <w:rPr>
                <w:b/>
                <w:color w:val="111111"/>
                <w:sz w:val="15"/>
              </w:rPr>
              <w:t>përvoja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popullatë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ambulatore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terciare</w:t>
            </w:r>
            <w:proofErr w:type="spellEnd"/>
          </w:p>
          <w:p w14:paraId="7A013826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Awareness of arterial hypertension: experience from a tertiary outpatient population</w:t>
            </w:r>
          </w:p>
        </w:tc>
      </w:tr>
      <w:tr w:rsidR="00040F6C" w14:paraId="72CAA92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D2407F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14:50–15:00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A537988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Antoneta </w:t>
            </w:r>
            <w:proofErr w:type="spellStart"/>
            <w:r>
              <w:rPr>
                <w:b/>
                <w:color w:val="1F1F1F"/>
                <w:sz w:val="15"/>
              </w:rPr>
              <w:t>Gërdovci</w:t>
            </w:r>
            <w:proofErr w:type="spellEnd"/>
            <w:r>
              <w:rPr>
                <w:b/>
                <w:color w:val="1F1F1F"/>
                <w:sz w:val="15"/>
              </w:rPr>
              <w:t xml:space="preserve">, Elmedina Shatri, Rrezarta </w:t>
            </w:r>
            <w:proofErr w:type="spellStart"/>
            <w:r>
              <w:rPr>
                <w:b/>
                <w:color w:val="1F1F1F"/>
                <w:sz w:val="15"/>
              </w:rPr>
              <w:t>Tërnava</w:t>
            </w:r>
            <w:proofErr w:type="spellEnd"/>
            <w:r>
              <w:rPr>
                <w:b/>
                <w:color w:val="1F1F1F"/>
                <w:sz w:val="15"/>
              </w:rPr>
              <w:t>, Murat Mehmeti, Ilir Tolaj</w:t>
            </w:r>
          </w:p>
          <w:p w14:paraId="4F6A439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Diagnostikimi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vonuar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personave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jetojnë</w:t>
            </w:r>
            <w:proofErr w:type="spellEnd"/>
            <w:r>
              <w:rPr>
                <w:b/>
                <w:color w:val="111111"/>
                <w:sz w:val="15"/>
              </w:rPr>
              <w:t xml:space="preserve"> me HIV/AIDS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</w:t>
            </w:r>
          </w:p>
          <w:p w14:paraId="3AAF513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Delayed diagnosis of people living with HIV/AIDS in Kosovo</w:t>
            </w:r>
          </w:p>
        </w:tc>
      </w:tr>
      <w:tr w:rsidR="00040F6C" w14:paraId="057439E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3C7392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15:00–15:10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CE8187B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Elios Shala, Muhamet Shala, Aurora Bakalli</w:t>
            </w:r>
          </w:p>
          <w:p w14:paraId="1F0010E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Prevalenca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niveli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ankthit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insuficiencë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kardiake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vlerësuar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pyetësorin</w:t>
            </w:r>
            <w:proofErr w:type="spellEnd"/>
            <w:r>
              <w:rPr>
                <w:b/>
                <w:color w:val="111111"/>
                <w:sz w:val="15"/>
              </w:rPr>
              <w:t xml:space="preserve"> GAD-7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lidhja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klasifikimin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funksional</w:t>
            </w:r>
            <w:proofErr w:type="spellEnd"/>
            <w:r>
              <w:rPr>
                <w:b/>
                <w:color w:val="111111"/>
                <w:sz w:val="15"/>
              </w:rPr>
              <w:t xml:space="preserve"> NYHA</w:t>
            </w:r>
          </w:p>
          <w:p w14:paraId="60966A2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Prevalence and severity of anxiety among patients with heart failure assessed by the GAD-7 questionnaire and its association with NYHA functional classification</w:t>
            </w:r>
          </w:p>
        </w:tc>
      </w:tr>
      <w:tr w:rsidR="00040F6C" w14:paraId="4AAC0104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6DD5E6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15:10–15:20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57B845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Elsa Gashi, Yll Zatriqi, Vlera Halili, Bardha Kozhani, Jusuf Mujaj, Violeta K. Zatriqi, Korab Berisha, Ylber Zejnullahu, Skender A. </w:t>
            </w:r>
            <w:proofErr w:type="spellStart"/>
            <w:r>
              <w:rPr>
                <w:b/>
                <w:color w:val="1F1F1F"/>
                <w:sz w:val="15"/>
              </w:rPr>
              <w:t>Zatriqi</w:t>
            </w:r>
            <w:proofErr w:type="spellEnd"/>
          </w:p>
          <w:p w14:paraId="6E8FC44E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Trajtimi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bashkëkohor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plagëve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kronike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komplekse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terapinë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presionit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negativ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multicentrik</w:t>
            </w:r>
            <w:proofErr w:type="spellEnd"/>
          </w:p>
          <w:p w14:paraId="1C6ADCF9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Contemporary management of chronic and complex wounds using negative pressure therapy: a multicenter retrospective study</w:t>
            </w:r>
          </w:p>
        </w:tc>
      </w:tr>
      <w:tr w:rsidR="00040F6C" w14:paraId="04F0118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3AFD80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15:20–15:30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BFEB19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</w:tbl>
    <w:p w14:paraId="08DC29F4" w14:textId="77777777" w:rsidR="00040F6C" w:rsidRDefault="00040F6C"/>
    <w:p w14:paraId="141597F1" w14:textId="77777777" w:rsidR="00096448" w:rsidRDefault="00096448"/>
    <w:p w14:paraId="17F988D5" w14:textId="77777777" w:rsidR="00096448" w:rsidRDefault="00096448"/>
    <w:p w14:paraId="1EE5A8D4" w14:textId="77777777" w:rsidR="00096448" w:rsidRDefault="00096448"/>
    <w:p w14:paraId="3B78D30F" w14:textId="77777777" w:rsidR="00096448" w:rsidRDefault="00096448"/>
    <w:p w14:paraId="7E05FE89" w14:textId="77777777" w:rsidR="00096448" w:rsidRDefault="00096448"/>
    <w:p w14:paraId="53148AA6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76"/>
        <w:gridCol w:w="1757"/>
        <w:gridCol w:w="853"/>
        <w:gridCol w:w="2890"/>
      </w:tblGrid>
      <w:tr w:rsidR="00040F6C" w14:paraId="218B9F7B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01422FF0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20"/>
              </w:rPr>
              <w:t>SESIONI IV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Onkologjia</w:t>
            </w:r>
            <w:proofErr w:type="spellEnd"/>
            <w:r>
              <w:rPr>
                <w:b/>
                <w:color w:val="FFFFFF"/>
                <w:sz w:val="16"/>
              </w:rPr>
              <w:t xml:space="preserve">, </w:t>
            </w:r>
            <w:proofErr w:type="spellStart"/>
            <w:r>
              <w:rPr>
                <w:b/>
                <w:color w:val="FFFFFF"/>
                <w:sz w:val="16"/>
              </w:rPr>
              <w:t>Diagnostika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dhe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Inovacioni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Mjekësi</w:t>
            </w:r>
            <w:proofErr w:type="spellEnd"/>
            <w:r>
              <w:rPr>
                <w:b/>
                <w:color w:val="FFFFFF"/>
                <w:sz w:val="16"/>
              </w:rPr>
              <w:t xml:space="preserve"> / Oncology, Diagnostics and Innovation in Medicine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6335C9C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15:40–17:30</w:t>
            </w:r>
          </w:p>
        </w:tc>
      </w:tr>
      <w:tr w:rsidR="00040F6C" w14:paraId="25874CFC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0472071B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Faton Sermaxhaj, Ramë Miftari, Premtim Rashiti, Merita Hashani, Rexhep </w:t>
            </w:r>
            <w:proofErr w:type="spellStart"/>
            <w:r>
              <w:rPr>
                <w:color w:val="1F1F1F"/>
                <w:sz w:val="15"/>
              </w:rPr>
              <w:t>Haklaj</w:t>
            </w:r>
            <w:proofErr w:type="spellEnd"/>
          </w:p>
        </w:tc>
      </w:tr>
      <w:tr w:rsidR="00040F6C" w14:paraId="60C0FE5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2A11F8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A43A94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463F650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6E99C9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15:40–15:50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B28BF38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Liridona Arifi, Floren Kavaja</w:t>
            </w:r>
          </w:p>
          <w:p w14:paraId="553C9EE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Tumoret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gjirit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analizë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njëvjeçare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qasjes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diagnostike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trajtimit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kirurgjikal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QKUK, Kosovë</w:t>
            </w:r>
          </w:p>
          <w:p w14:paraId="11AA1DA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Breast tumors: a one-year retrospective analysis of the diagnostic approach and surgical treatment at the University Clinical Center of Kosovo</w:t>
            </w:r>
          </w:p>
        </w:tc>
      </w:tr>
      <w:tr w:rsidR="00040F6C" w14:paraId="6050A39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914B37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15:50–16:00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A3491F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Artiona</w:t>
            </w:r>
            <w:proofErr w:type="spellEnd"/>
            <w:r>
              <w:rPr>
                <w:b/>
                <w:color w:val="1F1F1F"/>
                <w:sz w:val="15"/>
              </w:rPr>
              <w:t xml:space="preserve"> Bokshi, </w:t>
            </w:r>
            <w:proofErr w:type="spellStart"/>
            <w:r>
              <w:rPr>
                <w:b/>
                <w:color w:val="1F1F1F"/>
                <w:sz w:val="15"/>
              </w:rPr>
              <w:t>Ejonë</w:t>
            </w:r>
            <w:proofErr w:type="spellEnd"/>
            <w:r>
              <w:rPr>
                <w:b/>
                <w:color w:val="1F1F1F"/>
                <w:sz w:val="15"/>
              </w:rPr>
              <w:t xml:space="preserve"> Rexhepi, Fjolla Dragusha, Eda Januzi, Ilir Kurtishi, </w:t>
            </w:r>
            <w:proofErr w:type="spellStart"/>
            <w:r>
              <w:rPr>
                <w:b/>
                <w:color w:val="1F1F1F"/>
                <w:sz w:val="15"/>
              </w:rPr>
              <w:t>Rinë</w:t>
            </w:r>
            <w:proofErr w:type="spellEnd"/>
            <w:r>
              <w:rPr>
                <w:b/>
                <w:color w:val="1F1F1F"/>
                <w:sz w:val="15"/>
              </w:rPr>
              <w:t xml:space="preserve"> Limani</w:t>
            </w:r>
          </w:p>
          <w:p w14:paraId="4DD1DA53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BRAF </w:t>
            </w:r>
            <w:proofErr w:type="spellStart"/>
            <w:r>
              <w:rPr>
                <w:b/>
                <w:color w:val="111111"/>
                <w:sz w:val="15"/>
              </w:rPr>
              <w:t>statusi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melanoma </w:t>
            </w:r>
            <w:proofErr w:type="spellStart"/>
            <w:r>
              <w:rPr>
                <w:b/>
                <w:color w:val="111111"/>
                <w:sz w:val="15"/>
              </w:rPr>
              <w:t>malinje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lëkurës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korrelimi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karakteristikat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klinikopatologjike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, </w:t>
            </w:r>
            <w:proofErr w:type="spellStart"/>
            <w:r>
              <w:rPr>
                <w:b/>
                <w:color w:val="111111"/>
                <w:sz w:val="15"/>
              </w:rPr>
              <w:t>përfshirë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qasjen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terapeutike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Qendrën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Universitare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Kosovës</w:t>
            </w:r>
            <w:proofErr w:type="spellEnd"/>
          </w:p>
          <w:p w14:paraId="06B17135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BRAF status in cutaneous malignant melanoma and its correlation with clinicopathological characteristics, including therapeutic approach at the University Clinical Center of Kosovo</w:t>
            </w:r>
          </w:p>
        </w:tc>
      </w:tr>
      <w:tr w:rsidR="00040F6C" w14:paraId="1F306DD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09FDD0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16:00–16:10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FEFFA5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Elma Shabani, Diellza Veseli, Fitim Lloga, Emine Susuri, </w:t>
            </w:r>
            <w:proofErr w:type="spellStart"/>
            <w:r>
              <w:rPr>
                <w:b/>
                <w:color w:val="1F1F1F"/>
                <w:sz w:val="15"/>
              </w:rPr>
              <w:t>Blendina</w:t>
            </w:r>
            <w:proofErr w:type="spellEnd"/>
            <w:r>
              <w:rPr>
                <w:b/>
                <w:color w:val="1F1F1F"/>
                <w:sz w:val="15"/>
              </w:rPr>
              <w:t xml:space="preserve"> Demaj, Brunilda Haxhiu, Doriana Paloji, </w:t>
            </w:r>
            <w:proofErr w:type="spellStart"/>
            <w:r>
              <w:rPr>
                <w:b/>
                <w:color w:val="1F1F1F"/>
                <w:sz w:val="15"/>
              </w:rPr>
              <w:t>Fesal</w:t>
            </w:r>
            <w:proofErr w:type="spellEnd"/>
            <w:r>
              <w:rPr>
                <w:b/>
                <w:color w:val="1F1F1F"/>
                <w:sz w:val="15"/>
              </w:rPr>
              <w:t xml:space="preserve"> Selimi, Besnik Saramati</w:t>
            </w:r>
          </w:p>
          <w:p w14:paraId="146495E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Vlerësimi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dozimetrik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rezultatet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brakiterapisë</w:t>
            </w:r>
            <w:proofErr w:type="spellEnd"/>
            <w:r>
              <w:rPr>
                <w:b/>
                <w:color w:val="111111"/>
                <w:sz w:val="15"/>
              </w:rPr>
              <w:t xml:space="preserve"> 3D të </w:t>
            </w:r>
            <w:proofErr w:type="spellStart"/>
            <w:r>
              <w:rPr>
                <w:b/>
                <w:color w:val="111111"/>
                <w:sz w:val="15"/>
              </w:rPr>
              <w:t>bazuar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CT për </w:t>
            </w:r>
            <w:proofErr w:type="spellStart"/>
            <w:r>
              <w:rPr>
                <w:b/>
                <w:color w:val="111111"/>
                <w:sz w:val="15"/>
              </w:rPr>
              <w:t>kancerin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qafës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mitrës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</w:t>
            </w:r>
          </w:p>
          <w:p w14:paraId="71D8A49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i/>
                <w:color w:val="555555"/>
                <w:sz w:val="14"/>
              </w:rPr>
              <w:t>Dosimetric</w:t>
            </w:r>
            <w:proofErr w:type="spellEnd"/>
            <w:r>
              <w:rPr>
                <w:i/>
                <w:color w:val="555555"/>
                <w:sz w:val="14"/>
              </w:rPr>
              <w:t xml:space="preserve"> evaluation and clinical outcomes of CT-based 3D brachytherapy for cervical cancer in Kosovo</w:t>
            </w:r>
          </w:p>
        </w:tc>
      </w:tr>
      <w:tr w:rsidR="00040F6C" w14:paraId="4030D2E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FF1766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16:10–16:20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D57AC27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Bardha Haxhisefa, Florina Rexhaj, Erona Hodolli, </w:t>
            </w:r>
            <w:proofErr w:type="spellStart"/>
            <w:r>
              <w:rPr>
                <w:b/>
                <w:color w:val="1F1F1F"/>
                <w:sz w:val="15"/>
              </w:rPr>
              <w:t>Donjetë</w:t>
            </w:r>
            <w:proofErr w:type="spellEnd"/>
            <w:r>
              <w:rPr>
                <w:b/>
                <w:color w:val="1F1F1F"/>
                <w:sz w:val="15"/>
              </w:rPr>
              <w:t xml:space="preserve"> Haxhaj, </w:t>
            </w:r>
            <w:proofErr w:type="spellStart"/>
            <w:r>
              <w:rPr>
                <w:b/>
                <w:color w:val="1F1F1F"/>
                <w:sz w:val="15"/>
              </w:rPr>
              <w:t>Drianë</w:t>
            </w:r>
            <w:proofErr w:type="spellEnd"/>
            <w:r>
              <w:rPr>
                <w:b/>
                <w:color w:val="1F1F1F"/>
                <w:sz w:val="15"/>
              </w:rPr>
              <w:t xml:space="preserve"> Haxhaj, Kreshnike </w:t>
            </w:r>
            <w:proofErr w:type="spellStart"/>
            <w:r>
              <w:rPr>
                <w:b/>
                <w:color w:val="1F1F1F"/>
                <w:sz w:val="15"/>
              </w:rPr>
              <w:t>Dedushi</w:t>
            </w:r>
            <w:proofErr w:type="spellEnd"/>
            <w:r>
              <w:rPr>
                <w:b/>
                <w:color w:val="1F1F1F"/>
                <w:sz w:val="15"/>
              </w:rPr>
              <w:t xml:space="preserve"> Hoti</w:t>
            </w:r>
          </w:p>
          <w:p w14:paraId="7774152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Vlerësimi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ndikimit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inteligjencës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artificiale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reduktimin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gabimeve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diagnostike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radiologjinë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cerebrale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fokus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tumoret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cerebrale</w:t>
            </w:r>
            <w:proofErr w:type="spellEnd"/>
          </w:p>
          <w:p w14:paraId="3B5B7F56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Assessment of the impact of artificial intelligence on reducing diagnostic errors in cerebral radiology: focus on brain tumors</w:t>
            </w:r>
          </w:p>
        </w:tc>
      </w:tr>
      <w:tr w:rsidR="00040F6C" w14:paraId="0C22D4E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C176E1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16:20–16:40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9E6319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Hana Dragidella, </w:t>
            </w:r>
            <w:proofErr w:type="spellStart"/>
            <w:r>
              <w:rPr>
                <w:b/>
                <w:color w:val="1F1F1F"/>
                <w:sz w:val="15"/>
              </w:rPr>
              <w:t>Erëza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Cakolli</w:t>
            </w:r>
            <w:proofErr w:type="spellEnd"/>
            <w:r>
              <w:rPr>
                <w:b/>
                <w:color w:val="1F1F1F"/>
                <w:sz w:val="15"/>
              </w:rPr>
              <w:t xml:space="preserve">, Pranvera </w:t>
            </w:r>
            <w:proofErr w:type="spellStart"/>
            <w:r>
              <w:rPr>
                <w:b/>
                <w:color w:val="1F1F1F"/>
                <w:sz w:val="15"/>
              </w:rPr>
              <w:t>Harshova</w:t>
            </w:r>
            <w:proofErr w:type="spellEnd"/>
            <w:r>
              <w:rPr>
                <w:b/>
                <w:color w:val="1F1F1F"/>
                <w:sz w:val="15"/>
              </w:rPr>
              <w:t xml:space="preserve"> Hoxhaj</w:t>
            </w:r>
          </w:p>
          <w:p w14:paraId="2F09E05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Ndërgjegjësimi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mbi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rreziqet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rrezatimit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jonizues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parimet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mbrojtjes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transversal</w:t>
            </w:r>
          </w:p>
          <w:p w14:paraId="28EFA1E7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Awareness of ionizing radiation risks and radiation protection principles among medical students: a cross-sectional study</w:t>
            </w:r>
          </w:p>
        </w:tc>
      </w:tr>
      <w:tr w:rsidR="00040F6C" w14:paraId="3190D13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F4EDF1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16:40–16:50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FD227A9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Donjeta Bajraktari, </w:t>
            </w:r>
            <w:proofErr w:type="spellStart"/>
            <w:r>
              <w:rPr>
                <w:b/>
                <w:color w:val="1F1F1F"/>
                <w:sz w:val="15"/>
              </w:rPr>
              <w:t>Afrora</w:t>
            </w:r>
            <w:proofErr w:type="spellEnd"/>
            <w:r>
              <w:rPr>
                <w:b/>
                <w:color w:val="1F1F1F"/>
                <w:sz w:val="15"/>
              </w:rPr>
              <w:t xml:space="preserve"> Krasniqi, Erinda Hajdari, </w:t>
            </w:r>
            <w:proofErr w:type="spellStart"/>
            <w:r>
              <w:rPr>
                <w:b/>
                <w:color w:val="1F1F1F"/>
                <w:sz w:val="15"/>
              </w:rPr>
              <w:t>Fjona</w:t>
            </w:r>
            <w:proofErr w:type="spellEnd"/>
            <w:r>
              <w:rPr>
                <w:b/>
                <w:color w:val="1F1F1F"/>
                <w:sz w:val="15"/>
              </w:rPr>
              <w:t xml:space="preserve"> Hajrullahu, Yllëza Tërstena, Artina Pajaziti</w:t>
            </w:r>
          </w:p>
          <w:p w14:paraId="3C486D37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Stresi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perceptuar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sipas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vitit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akademik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lidhja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rënien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flokëve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ndërseksional</w:t>
            </w:r>
            <w:proofErr w:type="spellEnd"/>
          </w:p>
          <w:p w14:paraId="4192A355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Perceived stress according to academic year and its association with hair loss among medical students: a cross-sectional study</w:t>
            </w:r>
          </w:p>
        </w:tc>
      </w:tr>
      <w:tr w:rsidR="00040F6C" w14:paraId="6D56B0D2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BB7F77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16:50–17:00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B9C5B33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Anesa Zorra, Nita Rexhepi, Albin Tahiri, Zana Morina, Zana Vela Gaxha</w:t>
            </w:r>
          </w:p>
          <w:p w14:paraId="3863B9B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Diabeti</w:t>
            </w:r>
            <w:proofErr w:type="spellEnd"/>
            <w:r>
              <w:rPr>
                <w:b/>
                <w:color w:val="111111"/>
                <w:sz w:val="15"/>
              </w:rPr>
              <w:t xml:space="preserve"> tip 2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sindroma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metabolike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prevalenca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çrregullimet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mikrovaskulare</w:t>
            </w:r>
            <w:proofErr w:type="spellEnd"/>
          </w:p>
          <w:p w14:paraId="64D8D455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Type 2 diabetes and metabolic syndrome: prevalence and microvascular complications</w:t>
            </w:r>
          </w:p>
        </w:tc>
      </w:tr>
      <w:tr w:rsidR="00040F6C" w14:paraId="025BBAF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1CA505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17:00–17:10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979E52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Muhamet Shala, Elios Shala, Aurora Bakalli</w:t>
            </w:r>
          </w:p>
          <w:p w14:paraId="14594CE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Lidhja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faktorëve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demografikë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terapeutikë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nivelin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ankthit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insuficiencë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kardiake</w:t>
            </w:r>
            <w:proofErr w:type="spellEnd"/>
          </w:p>
          <w:p w14:paraId="40E73EA9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Association of demographic and therapeutic factors with anxiety levels in patients with heart failure</w:t>
            </w:r>
          </w:p>
        </w:tc>
      </w:tr>
      <w:tr w:rsidR="00040F6C" w14:paraId="523EDB59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41FE92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17:10–17:20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7402DB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Enis Sahiti, Esma Qazimi, Erion Hasani, Stina Haxhibeqiri, Diar Kabashi</w:t>
            </w:r>
          </w:p>
          <w:p w14:paraId="6426F7A8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Perceptimi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përdorimi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inteligjencës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artificiale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Fakultetit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procesin</w:t>
            </w:r>
            <w:proofErr w:type="spellEnd"/>
            <w:r>
              <w:rPr>
                <w:b/>
                <w:color w:val="111111"/>
                <w:sz w:val="15"/>
              </w:rPr>
              <w:t xml:space="preserve"> e të </w:t>
            </w:r>
            <w:proofErr w:type="spellStart"/>
            <w:r>
              <w:rPr>
                <w:b/>
                <w:color w:val="111111"/>
                <w:sz w:val="15"/>
              </w:rPr>
              <w:t>nxënit</w:t>
            </w:r>
            <w:proofErr w:type="spellEnd"/>
          </w:p>
          <w:p w14:paraId="45F7E5FC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Perception and use of artificial intelligence by medical students in the learning process</w:t>
            </w:r>
          </w:p>
        </w:tc>
      </w:tr>
      <w:tr w:rsidR="00040F6C" w14:paraId="7CCFCE9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071C74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17:20–17:30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7F63EB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</w:tbl>
    <w:p w14:paraId="4B362D5C" w14:textId="77777777" w:rsidR="00040F6C" w:rsidRDefault="00040F6C"/>
    <w:p w14:paraId="7876F178" w14:textId="77777777" w:rsidR="00040F6C" w:rsidRDefault="00AA6299">
      <w:r>
        <w:br w:type="page"/>
      </w:r>
    </w:p>
    <w:p w14:paraId="061A7AA3" w14:textId="77777777" w:rsidR="00040F6C" w:rsidRDefault="00AA6299">
      <w:pPr>
        <w:spacing w:before="120" w:after="120" w:line="240" w:lineRule="auto"/>
        <w:jc w:val="center"/>
      </w:pPr>
      <w:r>
        <w:rPr>
          <w:b/>
          <w:color w:val="A80610"/>
          <w:sz w:val="30"/>
        </w:rPr>
        <w:t>SALLA D-2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85"/>
        <w:gridCol w:w="1740"/>
        <w:gridCol w:w="839"/>
        <w:gridCol w:w="2848"/>
        <w:gridCol w:w="64"/>
      </w:tblGrid>
      <w:tr w:rsidR="00040F6C" w14:paraId="59E62373" w14:textId="77777777">
        <w:trPr>
          <w:jc w:val="center"/>
        </w:trPr>
        <w:tc>
          <w:tcPr>
            <w:tcW w:w="10376" w:type="dxa"/>
            <w:gridSpan w:val="5"/>
            <w:shd w:val="clear" w:color="auto" w:fill="A806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DF8460" w14:textId="77777777" w:rsidR="00040F6C" w:rsidRDefault="00040F6C">
            <w:pPr>
              <w:spacing w:after="0" w:line="240" w:lineRule="auto"/>
            </w:pPr>
          </w:p>
        </w:tc>
      </w:tr>
      <w:tr w:rsidR="00040F6C" w14:paraId="60CCB348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3"/>
          <w:wAfter w:w="1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2D8BA690" w14:textId="77777777" w:rsidR="0047524B" w:rsidRDefault="00AA6299">
            <w:pPr>
              <w:spacing w:after="0" w:line="240" w:lineRule="auto"/>
              <w:rPr>
                <w:b/>
                <w:color w:val="FFFFFF"/>
                <w:sz w:val="16"/>
              </w:rPr>
            </w:pPr>
            <w:r>
              <w:rPr>
                <w:b/>
                <w:color w:val="FFFFFF"/>
                <w:sz w:val="20"/>
              </w:rPr>
              <w:t>SESIONI 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Stomatologjia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dhe</w:t>
            </w:r>
            <w:proofErr w:type="spellEnd"/>
            <w:r>
              <w:rPr>
                <w:b/>
                <w:color w:val="FFFFFF"/>
                <w:sz w:val="16"/>
              </w:rPr>
              <w:t xml:space="preserve"> Rajoni Kokë-</w:t>
            </w:r>
            <w:proofErr w:type="spellStart"/>
            <w:r>
              <w:rPr>
                <w:b/>
                <w:color w:val="FFFFFF"/>
                <w:sz w:val="16"/>
              </w:rPr>
              <w:t>Qafë</w:t>
            </w:r>
            <w:proofErr w:type="spellEnd"/>
            <w:r>
              <w:rPr>
                <w:b/>
                <w:color w:val="FFFFFF"/>
                <w:sz w:val="16"/>
              </w:rPr>
              <w:t xml:space="preserve"> / </w:t>
            </w:r>
          </w:p>
          <w:p w14:paraId="6CEAE50A" w14:textId="503F7581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16"/>
              </w:rPr>
              <w:t>Dentistry and the Head and Neck Region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0A61B0E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09:00–10:30</w:t>
            </w:r>
          </w:p>
        </w:tc>
      </w:tr>
      <w:tr w:rsidR="00040F6C" w14:paraId="27EB2FFC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2"/>
          <w:wAfter w:w="1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2806CCCA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Agim </w:t>
            </w:r>
            <w:proofErr w:type="spellStart"/>
            <w:r>
              <w:rPr>
                <w:color w:val="1F1F1F"/>
                <w:sz w:val="15"/>
              </w:rPr>
              <w:t>Begzati</w:t>
            </w:r>
            <w:proofErr w:type="spellEnd"/>
            <w:r>
              <w:rPr>
                <w:color w:val="1F1F1F"/>
                <w:sz w:val="15"/>
              </w:rPr>
              <w:t xml:space="preserve">, Miranda Stavileci, Lavdie Leci, Nora Berisha, Elza </w:t>
            </w:r>
            <w:proofErr w:type="spellStart"/>
            <w:r>
              <w:rPr>
                <w:color w:val="1F1F1F"/>
                <w:sz w:val="15"/>
              </w:rPr>
              <w:t>Vehapi</w:t>
            </w:r>
            <w:proofErr w:type="spellEnd"/>
          </w:p>
        </w:tc>
      </w:tr>
      <w:tr w:rsidR="00040F6C" w14:paraId="714DED4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49C9EC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784160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3DA1C5C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59565E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09:00–09:10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F7270E2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Tringa Blakaj, Elsa Meqa, Flamur Blakaj</w:t>
            </w:r>
          </w:p>
          <w:p w14:paraId="4461698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Shenjat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kafshimit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provë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identifikuese</w:t>
            </w:r>
            <w:proofErr w:type="spellEnd"/>
            <w:r>
              <w:rPr>
                <w:b/>
                <w:color w:val="111111"/>
                <w:sz w:val="15"/>
              </w:rPr>
              <w:t xml:space="preserve"> apo </w:t>
            </w:r>
            <w:proofErr w:type="spellStart"/>
            <w:r>
              <w:rPr>
                <w:b/>
                <w:color w:val="111111"/>
                <w:sz w:val="15"/>
              </w:rPr>
              <w:t>dokumentuese</w:t>
            </w:r>
            <w:proofErr w:type="spellEnd"/>
            <w:r>
              <w:rPr>
                <w:b/>
                <w:color w:val="111111"/>
                <w:sz w:val="15"/>
              </w:rPr>
              <w:t xml:space="preserve">? </w:t>
            </w:r>
            <w:proofErr w:type="spellStart"/>
            <w:r>
              <w:rPr>
                <w:b/>
                <w:color w:val="111111"/>
                <w:sz w:val="15"/>
              </w:rPr>
              <w:t>Prezentim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6819B78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Bite marks: identifying or documenting evidence? A case report</w:t>
            </w:r>
          </w:p>
        </w:tc>
      </w:tr>
      <w:tr w:rsidR="00040F6C" w14:paraId="423CBAE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22E1F9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09:10–09:20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E7DCC33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Dea </w:t>
            </w:r>
            <w:proofErr w:type="spellStart"/>
            <w:r>
              <w:rPr>
                <w:b/>
                <w:color w:val="1F1F1F"/>
                <w:sz w:val="15"/>
              </w:rPr>
              <w:t>Byci</w:t>
            </w:r>
            <w:proofErr w:type="spellEnd"/>
            <w:r>
              <w:rPr>
                <w:b/>
                <w:color w:val="1F1F1F"/>
                <w:sz w:val="15"/>
              </w:rPr>
              <w:t>, Donika Bajrami</w:t>
            </w:r>
          </w:p>
          <w:p w14:paraId="7B0FA827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Statusi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dentar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pacientëve</w:t>
            </w:r>
            <w:proofErr w:type="spellEnd"/>
            <w:r>
              <w:rPr>
                <w:b/>
                <w:color w:val="111111"/>
                <w:sz w:val="15"/>
              </w:rPr>
              <w:t xml:space="preserve"> pas </w:t>
            </w:r>
            <w:proofErr w:type="spellStart"/>
            <w:r>
              <w:rPr>
                <w:b/>
                <w:color w:val="111111"/>
                <w:sz w:val="15"/>
              </w:rPr>
              <w:t>rrezatimit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kimioterapisë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sëmundjet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malinje</w:t>
            </w:r>
            <w:proofErr w:type="spellEnd"/>
          </w:p>
          <w:p w14:paraId="22B2D908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Dental status of patients following radiotherapy and chemotherapy for malignant diseases</w:t>
            </w:r>
          </w:p>
        </w:tc>
      </w:tr>
      <w:tr w:rsidR="00040F6C" w14:paraId="5567D54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EDC310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09:20–09:30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0528B79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Bajram Mehmeti, Arlind Gashi, Miranda Stavileci</w:t>
            </w:r>
          </w:p>
          <w:p w14:paraId="09BD934D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Prania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katër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kanaleve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molarin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parë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përhershëm</w:t>
            </w:r>
            <w:proofErr w:type="spellEnd"/>
            <w:r>
              <w:rPr>
                <w:b/>
                <w:color w:val="111111"/>
                <w:sz w:val="15"/>
              </w:rPr>
              <w:t xml:space="preserve"> mandibular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popullatën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Kosovës</w:t>
            </w:r>
            <w:proofErr w:type="spellEnd"/>
          </w:p>
          <w:p w14:paraId="48C8AB7E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Presence of four canals in the permanent mandibular first molar in the Kosovo population</w:t>
            </w:r>
          </w:p>
        </w:tc>
      </w:tr>
      <w:tr w:rsidR="00040F6C" w14:paraId="1266160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B6E73E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09:30–09:40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760BCE8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Elsa Meqa, Tringa Blakaj, Kastriot </w:t>
            </w:r>
            <w:proofErr w:type="spellStart"/>
            <w:r>
              <w:rPr>
                <w:b/>
                <w:color w:val="1F1F1F"/>
                <w:sz w:val="15"/>
              </w:rPr>
              <w:t>Meqa</w:t>
            </w:r>
            <w:proofErr w:type="spellEnd"/>
          </w:p>
          <w:p w14:paraId="453BEA4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Regjenerimi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udhëhequr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kockor</w:t>
            </w:r>
            <w:proofErr w:type="spellEnd"/>
            <w:r>
              <w:rPr>
                <w:b/>
                <w:color w:val="111111"/>
                <w:sz w:val="15"/>
              </w:rPr>
              <w:t xml:space="preserve"> me graft </w:t>
            </w:r>
            <w:proofErr w:type="spellStart"/>
            <w:r>
              <w:rPr>
                <w:b/>
                <w:color w:val="111111"/>
                <w:sz w:val="15"/>
              </w:rPr>
              <w:t>sintetik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formë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granulash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ndërhyrjes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kirurgjike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parodontale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vlerësim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radiografik</w:t>
            </w:r>
            <w:proofErr w:type="spellEnd"/>
            <w:r>
              <w:rPr>
                <w:b/>
                <w:color w:val="111111"/>
                <w:sz w:val="15"/>
              </w:rPr>
              <w:t xml:space="preserve"> pas 12 </w:t>
            </w:r>
            <w:proofErr w:type="spellStart"/>
            <w:r>
              <w:rPr>
                <w:b/>
                <w:color w:val="111111"/>
                <w:sz w:val="15"/>
              </w:rPr>
              <w:t>muajsh</w:t>
            </w:r>
            <w:proofErr w:type="spellEnd"/>
            <w:r>
              <w:rPr>
                <w:b/>
                <w:color w:val="111111"/>
                <w:sz w:val="15"/>
              </w:rPr>
              <w:t xml:space="preserve"> – </w:t>
            </w:r>
            <w:proofErr w:type="spellStart"/>
            <w:r>
              <w:rPr>
                <w:b/>
                <w:color w:val="111111"/>
                <w:sz w:val="15"/>
              </w:rPr>
              <w:t>prezentim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269738A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Guided bone regeneration using synthetic granular graft during periodontal surgery: a case report with 12-month radiographic evaluation</w:t>
            </w:r>
          </w:p>
        </w:tc>
      </w:tr>
      <w:tr w:rsidR="00040F6C" w14:paraId="0FFFB6B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166A69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09:40–09:50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A1299BF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Anita Lupçi, Era Dushi, Venesa Lupçi, Toskë Kryeziu</w:t>
            </w:r>
          </w:p>
          <w:p w14:paraId="06A0FD98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Përgatitja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nanoformulimeve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liposomale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përmbajnë</w:t>
            </w:r>
            <w:proofErr w:type="spellEnd"/>
            <w:r>
              <w:rPr>
                <w:b/>
                <w:color w:val="111111"/>
                <w:sz w:val="15"/>
              </w:rPr>
              <w:t xml:space="preserve"> vajra </w:t>
            </w:r>
            <w:proofErr w:type="spellStart"/>
            <w:r>
              <w:rPr>
                <w:b/>
                <w:color w:val="111111"/>
                <w:sz w:val="15"/>
              </w:rPr>
              <w:t>esenciale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kontrollin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biofilmit</w:t>
            </w:r>
            <w:proofErr w:type="spellEnd"/>
            <w:r>
              <w:rPr>
                <w:b/>
                <w:color w:val="111111"/>
                <w:sz w:val="15"/>
              </w:rPr>
              <w:t xml:space="preserve"> oral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stomatologji</w:t>
            </w:r>
            <w:proofErr w:type="spellEnd"/>
          </w:p>
          <w:p w14:paraId="692D757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Preparation of liposomal nanoformulations containing essential oils for the control of oral biofilm in dentistry</w:t>
            </w:r>
          </w:p>
        </w:tc>
      </w:tr>
      <w:tr w:rsidR="00040F6C" w14:paraId="67F2493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01045B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09:50–10:00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B4F7E2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Kushtrim Ibishi, Lavdie </w:t>
            </w:r>
            <w:proofErr w:type="spellStart"/>
            <w:r>
              <w:rPr>
                <w:b/>
                <w:color w:val="1F1F1F"/>
                <w:sz w:val="15"/>
              </w:rPr>
              <w:t>Leci</w:t>
            </w:r>
            <w:proofErr w:type="spellEnd"/>
          </w:p>
          <w:p w14:paraId="63A6B378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Fistula </w:t>
            </w:r>
            <w:proofErr w:type="spellStart"/>
            <w:r>
              <w:rPr>
                <w:b/>
                <w:color w:val="111111"/>
                <w:sz w:val="15"/>
              </w:rPr>
              <w:t>ekstraorale</w:t>
            </w:r>
            <w:proofErr w:type="spellEnd"/>
            <w:r>
              <w:rPr>
                <w:b/>
                <w:color w:val="111111"/>
                <w:sz w:val="15"/>
              </w:rPr>
              <w:t xml:space="preserve"> – </w:t>
            </w:r>
            <w:proofErr w:type="spellStart"/>
            <w:r>
              <w:rPr>
                <w:b/>
                <w:color w:val="111111"/>
                <w:sz w:val="15"/>
              </w:rPr>
              <w:t>prezentim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0D3FE9A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Extraoral fistula: a case report</w:t>
            </w:r>
          </w:p>
        </w:tc>
      </w:tr>
      <w:tr w:rsidR="00040F6C" w14:paraId="7218DA44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4F05FC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10:00–10:10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497657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Gramos</w:t>
            </w:r>
            <w:proofErr w:type="spellEnd"/>
            <w:r>
              <w:rPr>
                <w:b/>
                <w:color w:val="1F1F1F"/>
                <w:sz w:val="15"/>
              </w:rPr>
              <w:t xml:space="preserve"> Nuhiu, Miranda Stavileci</w:t>
            </w:r>
          </w:p>
          <w:p w14:paraId="5F1BFF4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Krahasimi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incidencës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trajtimeve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endodontike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dhëmbët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anteriorë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posteriorë</w:t>
            </w:r>
            <w:proofErr w:type="spellEnd"/>
          </w:p>
          <w:p w14:paraId="501C8B4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Comparison of the incidence of endodontic treatments in anterior and posterior teeth</w:t>
            </w:r>
          </w:p>
        </w:tc>
      </w:tr>
      <w:tr w:rsidR="00040F6C" w14:paraId="00D2A3F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E7A65F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10:10–10:20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8A70AA6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Erëza</w:t>
            </w:r>
            <w:proofErr w:type="spellEnd"/>
            <w:r>
              <w:rPr>
                <w:b/>
                <w:color w:val="1F1F1F"/>
                <w:sz w:val="15"/>
              </w:rPr>
              <w:t xml:space="preserve"> Cakolli, Hana Dragidella, Denis Bajramaj, Dion </w:t>
            </w:r>
            <w:proofErr w:type="spellStart"/>
            <w:r>
              <w:rPr>
                <w:b/>
                <w:color w:val="1F1F1F"/>
                <w:sz w:val="15"/>
              </w:rPr>
              <w:t>Bajramaj</w:t>
            </w:r>
            <w:proofErr w:type="spellEnd"/>
            <w:r>
              <w:rPr>
                <w:b/>
                <w:color w:val="1F1F1F"/>
                <w:sz w:val="15"/>
              </w:rPr>
              <w:t xml:space="preserve">, </w:t>
            </w:r>
            <w:proofErr w:type="spellStart"/>
            <w:r>
              <w:rPr>
                <w:b/>
                <w:color w:val="1F1F1F"/>
                <w:sz w:val="15"/>
              </w:rPr>
              <w:t>Serbeze</w:t>
            </w:r>
            <w:proofErr w:type="spellEnd"/>
            <w:r>
              <w:rPr>
                <w:b/>
                <w:color w:val="1F1F1F"/>
                <w:sz w:val="15"/>
              </w:rPr>
              <w:t xml:space="preserve"> Kabashi-</w:t>
            </w:r>
            <w:proofErr w:type="spellStart"/>
            <w:r>
              <w:rPr>
                <w:b/>
                <w:color w:val="1F1F1F"/>
                <w:sz w:val="15"/>
              </w:rPr>
              <w:t>Muçaj</w:t>
            </w:r>
            <w:proofErr w:type="spellEnd"/>
            <w:r>
              <w:rPr>
                <w:b/>
                <w:color w:val="1F1F1F"/>
                <w:sz w:val="15"/>
              </w:rPr>
              <w:t xml:space="preserve">, Pranvera </w:t>
            </w:r>
            <w:proofErr w:type="spellStart"/>
            <w:r>
              <w:rPr>
                <w:b/>
                <w:color w:val="1F1F1F"/>
                <w:sz w:val="15"/>
              </w:rPr>
              <w:t>Harshova</w:t>
            </w:r>
            <w:proofErr w:type="spellEnd"/>
          </w:p>
          <w:p w14:paraId="3B50728C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Përdorimi</w:t>
            </w:r>
            <w:proofErr w:type="spellEnd"/>
            <w:r>
              <w:rPr>
                <w:b/>
                <w:color w:val="111111"/>
                <w:sz w:val="15"/>
              </w:rPr>
              <w:t xml:space="preserve"> i CT-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kokës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urgjencë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analizë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retrospektive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indikacioneve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vlerës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diagnostike</w:t>
            </w:r>
            <w:proofErr w:type="spellEnd"/>
          </w:p>
          <w:p w14:paraId="18474299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Head CT utilization in the emergency department: a retrospective review of indications and diagnostic yield</w:t>
            </w:r>
          </w:p>
        </w:tc>
      </w:tr>
      <w:tr w:rsidR="00040F6C" w14:paraId="6D444E8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BE970B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10:20–10:30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59697A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  <w:tr w:rsidR="00040F6C" w14:paraId="093BBAF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cantSplit/>
          <w:jc w:val="center"/>
        </w:trPr>
        <w:tc>
          <w:tcPr>
            <w:tcW w:w="1400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085480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10:30–11:00</w:t>
            </w:r>
          </w:p>
        </w:tc>
        <w:tc>
          <w:tcPr>
            <w:tcW w:w="7800" w:type="dxa"/>
            <w:gridSpan w:val="3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4298E0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PUSHIM KAFEJE</w:t>
            </w:r>
          </w:p>
        </w:tc>
      </w:tr>
    </w:tbl>
    <w:p w14:paraId="5380E761" w14:textId="77777777" w:rsidR="00040F6C" w:rsidRDefault="00040F6C"/>
    <w:p w14:paraId="6ECF4D4E" w14:textId="77777777" w:rsidR="00096448" w:rsidRDefault="00096448"/>
    <w:p w14:paraId="1C37CBEC" w14:textId="77777777" w:rsidR="00096448" w:rsidRDefault="00096448"/>
    <w:p w14:paraId="6B262024" w14:textId="77777777" w:rsidR="00096448" w:rsidRDefault="00096448"/>
    <w:p w14:paraId="507EE1E8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64"/>
        <w:gridCol w:w="1732"/>
        <w:gridCol w:w="837"/>
        <w:gridCol w:w="2843"/>
      </w:tblGrid>
      <w:tr w:rsidR="00040F6C" w14:paraId="35D86DAD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46F6EE8A" w14:textId="77777777" w:rsidR="0047524B" w:rsidRDefault="00AA6299">
            <w:pPr>
              <w:spacing w:after="0" w:line="240" w:lineRule="auto"/>
              <w:rPr>
                <w:b/>
                <w:color w:val="FFFFFF"/>
                <w:sz w:val="16"/>
              </w:rPr>
            </w:pPr>
            <w:r>
              <w:rPr>
                <w:b/>
                <w:color w:val="FFFFFF"/>
                <w:sz w:val="20"/>
              </w:rPr>
              <w:t>SESIONI II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Qasje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Multidisiplinare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Shëndetësi</w:t>
            </w:r>
            <w:proofErr w:type="spellEnd"/>
            <w:r>
              <w:rPr>
                <w:b/>
                <w:color w:val="FFFFFF"/>
                <w:sz w:val="16"/>
              </w:rPr>
              <w:t xml:space="preserve"> / </w:t>
            </w:r>
          </w:p>
          <w:p w14:paraId="133956EC" w14:textId="6181ADD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16"/>
              </w:rPr>
              <w:t>Multidisciplinary Approaches in Healthcare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19C857A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11:00–12:30</w:t>
            </w:r>
          </w:p>
        </w:tc>
      </w:tr>
      <w:tr w:rsidR="00040F6C" w14:paraId="1B2A5E92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4AF459EB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Merita Qorolli, Besarta Pelaj, Driton Shabani, </w:t>
            </w:r>
            <w:proofErr w:type="spellStart"/>
            <w:r>
              <w:rPr>
                <w:color w:val="1F1F1F"/>
                <w:sz w:val="15"/>
              </w:rPr>
              <w:t>Arbnore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Ibrahimaj</w:t>
            </w:r>
            <w:proofErr w:type="spellEnd"/>
            <w:r>
              <w:rPr>
                <w:color w:val="1F1F1F"/>
                <w:sz w:val="15"/>
              </w:rPr>
              <w:t>-Gashi, Elsa Krasniqi</w:t>
            </w:r>
          </w:p>
        </w:tc>
      </w:tr>
      <w:tr w:rsidR="00040F6C" w14:paraId="73F575F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7AC47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7D07A6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2B015D36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ABBAB26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11:00–11:10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CA1949D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Veronika Shala, </w:t>
            </w:r>
            <w:proofErr w:type="spellStart"/>
            <w:r>
              <w:rPr>
                <w:b/>
                <w:color w:val="1F1F1F"/>
                <w:sz w:val="15"/>
              </w:rPr>
              <w:t>Sefedin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Muçaj</w:t>
            </w:r>
            <w:proofErr w:type="spellEnd"/>
          </w:p>
          <w:p w14:paraId="5DCF33A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Menaxhimi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trajtimi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alopecisë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terapi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dritë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intensitet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ulët</w:t>
            </w:r>
            <w:proofErr w:type="spellEnd"/>
            <w:r>
              <w:rPr>
                <w:b/>
                <w:color w:val="111111"/>
                <w:sz w:val="15"/>
              </w:rPr>
              <w:t xml:space="preserve"> (LLLT): </w:t>
            </w:r>
            <w:proofErr w:type="spellStart"/>
            <w:r>
              <w:rPr>
                <w:b/>
                <w:color w:val="111111"/>
                <w:sz w:val="15"/>
              </w:rPr>
              <w:t>seri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rastesh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Este Medical Group Kosova</w:t>
            </w:r>
          </w:p>
          <w:p w14:paraId="70FCBD9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Management and treatment of alopecia with low-level light therapy (LLLT): clinical case series at Este Medical Group Kosova</w:t>
            </w:r>
          </w:p>
        </w:tc>
      </w:tr>
      <w:tr w:rsidR="00040F6C" w14:paraId="752DE826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E61AC1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11:10–11:20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4130502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Rozafa Berisha Mustafa, </w:t>
            </w:r>
            <w:proofErr w:type="spellStart"/>
            <w:r>
              <w:rPr>
                <w:b/>
                <w:color w:val="1F1F1F"/>
                <w:sz w:val="15"/>
              </w:rPr>
              <w:t>Samire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Beqaj</w:t>
            </w:r>
            <w:proofErr w:type="spellEnd"/>
          </w:p>
          <w:p w14:paraId="58B3E8E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Identifikimi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posturës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shputës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karakteristikat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ecjes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fëmijët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sindromën</w:t>
            </w:r>
            <w:proofErr w:type="spellEnd"/>
            <w:r>
              <w:rPr>
                <w:b/>
                <w:color w:val="111111"/>
                <w:sz w:val="15"/>
              </w:rPr>
              <w:t xml:space="preserve"> Down</w:t>
            </w:r>
          </w:p>
          <w:p w14:paraId="08F9E0B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Identification of foot posture and gait characteristics in children with Down syndrome</w:t>
            </w:r>
          </w:p>
        </w:tc>
      </w:tr>
      <w:tr w:rsidR="00040F6C" w14:paraId="21DF4044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D2FF1B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11:20–11:30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357DEC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Jetë</w:t>
            </w:r>
            <w:proofErr w:type="spellEnd"/>
            <w:r>
              <w:rPr>
                <w:b/>
                <w:color w:val="1F1F1F"/>
                <w:sz w:val="15"/>
              </w:rPr>
              <w:t xml:space="preserve"> Mehmeti, Merita Qorolli, Giovanni Barassi</w:t>
            </w:r>
          </w:p>
          <w:p w14:paraId="4D0968A8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Karakteristikat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posturale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pacientëve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dhimbje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kronike</w:t>
            </w:r>
            <w:proofErr w:type="spellEnd"/>
            <w:r>
              <w:rPr>
                <w:b/>
                <w:color w:val="111111"/>
                <w:sz w:val="15"/>
              </w:rPr>
              <w:t xml:space="preserve"> jo-</w:t>
            </w:r>
            <w:proofErr w:type="spellStart"/>
            <w:r>
              <w:rPr>
                <w:b/>
                <w:color w:val="111111"/>
                <w:sz w:val="15"/>
              </w:rPr>
              <w:t>specifike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qafës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transversal (cross-sectional)</w:t>
            </w:r>
          </w:p>
          <w:p w14:paraId="7D00C70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Clinical and postural characteristics of patients with chronic non-specific neck pain: a cross-sectional study</w:t>
            </w:r>
          </w:p>
        </w:tc>
      </w:tr>
      <w:tr w:rsidR="00040F6C" w14:paraId="41F5735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CB12E86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11:30–11:40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452788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Jehona Sllamniku, </w:t>
            </w:r>
            <w:proofErr w:type="spellStart"/>
            <w:r>
              <w:rPr>
                <w:b/>
                <w:color w:val="1F1F1F"/>
                <w:sz w:val="15"/>
              </w:rPr>
              <w:t>Samire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Beqaj</w:t>
            </w:r>
            <w:proofErr w:type="spellEnd"/>
          </w:p>
          <w:p w14:paraId="6AE6FFE6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sklerozës</w:t>
            </w:r>
            <w:proofErr w:type="spellEnd"/>
            <w:r>
              <w:rPr>
                <w:b/>
                <w:color w:val="111111"/>
                <w:sz w:val="15"/>
              </w:rPr>
              <w:t xml:space="preserve"> multiple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funksionin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fizik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cilësinë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jetës</w:t>
            </w:r>
            <w:proofErr w:type="spellEnd"/>
          </w:p>
          <w:p w14:paraId="3AF41C7B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impact of multiple sclerosis on physical function and quality of life</w:t>
            </w:r>
          </w:p>
        </w:tc>
      </w:tr>
      <w:tr w:rsidR="00040F6C" w14:paraId="64027CF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0560C6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11:40–11:50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02759D7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Diellza Pilingjurka, </w:t>
            </w:r>
            <w:proofErr w:type="spellStart"/>
            <w:r>
              <w:rPr>
                <w:b/>
                <w:color w:val="1F1F1F"/>
                <w:sz w:val="15"/>
              </w:rPr>
              <w:t>Vjosana</w:t>
            </w:r>
            <w:proofErr w:type="spellEnd"/>
            <w:r>
              <w:rPr>
                <w:b/>
                <w:color w:val="1F1F1F"/>
                <w:sz w:val="15"/>
              </w:rPr>
              <w:t xml:space="preserve"> Qeriqi, </w:t>
            </w:r>
            <w:proofErr w:type="spellStart"/>
            <w:r>
              <w:rPr>
                <w:b/>
                <w:color w:val="1F1F1F"/>
                <w:sz w:val="15"/>
              </w:rPr>
              <w:t>Adhurim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Bresa</w:t>
            </w:r>
            <w:proofErr w:type="spellEnd"/>
            <w:r>
              <w:rPr>
                <w:b/>
                <w:color w:val="1F1F1F"/>
                <w:sz w:val="15"/>
              </w:rPr>
              <w:t>, Driton Shabani, Zana Ibraimi</w:t>
            </w:r>
          </w:p>
          <w:p w14:paraId="00AE2EFB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Prevalenca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parashikuesit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vetë-mjekimit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simptomat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gastrointestinale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lidhura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ushqimin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shkencave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mjekësore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</w:t>
            </w:r>
          </w:p>
          <w:p w14:paraId="354CF29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Prevalence and predictors of self-medication for food-related gastrointestinal symptoms among medical sciences students in Kosovo</w:t>
            </w:r>
          </w:p>
        </w:tc>
      </w:tr>
      <w:tr w:rsidR="00040F6C" w14:paraId="4B4A83B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E822FF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11:50–12:00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3781443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Yllëza Tërstena, Donjeta Bajraktari, </w:t>
            </w:r>
            <w:proofErr w:type="spellStart"/>
            <w:r>
              <w:rPr>
                <w:b/>
                <w:color w:val="1F1F1F"/>
                <w:sz w:val="15"/>
              </w:rPr>
              <w:t>Afrora</w:t>
            </w:r>
            <w:proofErr w:type="spellEnd"/>
            <w:r>
              <w:rPr>
                <w:b/>
                <w:color w:val="1F1F1F"/>
                <w:sz w:val="15"/>
              </w:rPr>
              <w:t xml:space="preserve"> Krasniqi, Erinda Hajdari, </w:t>
            </w:r>
            <w:proofErr w:type="spellStart"/>
            <w:r>
              <w:rPr>
                <w:b/>
                <w:color w:val="1F1F1F"/>
                <w:sz w:val="15"/>
              </w:rPr>
              <w:t>Fjona</w:t>
            </w:r>
            <w:proofErr w:type="spellEnd"/>
            <w:r>
              <w:rPr>
                <w:b/>
                <w:color w:val="1F1F1F"/>
                <w:sz w:val="15"/>
              </w:rPr>
              <w:t xml:space="preserve"> Hajrullahu, Artina Pajaziti</w:t>
            </w:r>
          </w:p>
          <w:p w14:paraId="60AE4B3E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Rënia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flokëve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shpeshtësia</w:t>
            </w:r>
            <w:proofErr w:type="spellEnd"/>
            <w:r>
              <w:rPr>
                <w:b/>
                <w:color w:val="111111"/>
                <w:sz w:val="15"/>
              </w:rPr>
              <w:t xml:space="preserve">, </w:t>
            </w:r>
            <w:proofErr w:type="spellStart"/>
            <w:r>
              <w:rPr>
                <w:b/>
                <w:color w:val="111111"/>
                <w:sz w:val="15"/>
              </w:rPr>
              <w:t>karakteristikat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lidhja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stresin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perceptuar</w:t>
            </w:r>
            <w:proofErr w:type="spellEnd"/>
          </w:p>
          <w:p w14:paraId="198981F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Hair loss among medical students: frequency, characteristics, and its association with perceived stress</w:t>
            </w:r>
          </w:p>
        </w:tc>
      </w:tr>
      <w:tr w:rsidR="00040F6C" w14:paraId="2F5C8B59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4AAFD4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12:00–12:10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EC3A726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Emirë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Llapashtica</w:t>
            </w:r>
            <w:proofErr w:type="spellEnd"/>
            <w:r>
              <w:rPr>
                <w:b/>
                <w:color w:val="1F1F1F"/>
                <w:sz w:val="15"/>
              </w:rPr>
              <w:t>, Shqipe Hajrizaj, Leonora Hajrizaj</w:t>
            </w:r>
          </w:p>
          <w:p w14:paraId="22F0172D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edukimit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shëndetësor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mbi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ushqyerjen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gji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shëndetin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foshnjës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nënës</w:t>
            </w:r>
            <w:proofErr w:type="spellEnd"/>
          </w:p>
          <w:p w14:paraId="6FB5DFE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impact of health education on breastfeeding and the health of infants and mothers</w:t>
            </w:r>
          </w:p>
        </w:tc>
      </w:tr>
      <w:tr w:rsidR="00040F6C" w14:paraId="78EAB79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C5A9FB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12:10–12:20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BAED74D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Bleron Morina, Altina Aliu</w:t>
            </w:r>
          </w:p>
          <w:p w14:paraId="4D865CF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Vlerësimi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rolit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biomarkerëve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metabolikë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inflamatorë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plakjen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shëndetshme</w:t>
            </w:r>
            <w:proofErr w:type="spellEnd"/>
          </w:p>
          <w:p w14:paraId="36A87DB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Assessment of the role of metabolic and inflammatory biomarkers in healthy aging</w:t>
            </w:r>
          </w:p>
        </w:tc>
      </w:tr>
      <w:tr w:rsidR="00040F6C" w14:paraId="14D1F9D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F929A0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12:20–12:30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162B43B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  <w:tr w:rsidR="00040F6C" w14:paraId="6CEA489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66B24B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12:30–14:00</w:t>
            </w:r>
          </w:p>
        </w:tc>
        <w:tc>
          <w:tcPr>
            <w:tcW w:w="7800" w:type="dxa"/>
            <w:gridSpan w:val="3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76D733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DREKA</w:t>
            </w:r>
          </w:p>
        </w:tc>
      </w:tr>
    </w:tbl>
    <w:p w14:paraId="72F0B95A" w14:textId="77777777" w:rsidR="00040F6C" w:rsidRDefault="00040F6C"/>
    <w:p w14:paraId="4E6A84F4" w14:textId="77777777" w:rsidR="00096448" w:rsidRDefault="00096448"/>
    <w:p w14:paraId="06511EEA" w14:textId="77777777" w:rsidR="00096448" w:rsidRDefault="00096448"/>
    <w:p w14:paraId="4EB2B9D8" w14:textId="77777777" w:rsidR="00096448" w:rsidRDefault="00096448"/>
    <w:p w14:paraId="78675735" w14:textId="77777777" w:rsidR="00096448" w:rsidRDefault="00096448"/>
    <w:p w14:paraId="4AB03852" w14:textId="77777777" w:rsidR="00096448" w:rsidRDefault="00096448"/>
    <w:p w14:paraId="3388C888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56"/>
        <w:gridCol w:w="1766"/>
        <w:gridCol w:w="857"/>
        <w:gridCol w:w="2897"/>
      </w:tblGrid>
      <w:tr w:rsidR="00040F6C" w14:paraId="02DD4ED2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41687478" w14:textId="77777777" w:rsidR="00FE0602" w:rsidRDefault="00AA6299">
            <w:pPr>
              <w:spacing w:after="0" w:line="240" w:lineRule="auto"/>
              <w:rPr>
                <w:b/>
                <w:color w:val="FFFFFF"/>
                <w:sz w:val="16"/>
              </w:rPr>
            </w:pPr>
            <w:r>
              <w:rPr>
                <w:b/>
                <w:color w:val="FFFFFF"/>
                <w:sz w:val="20"/>
              </w:rPr>
              <w:t>SESIONI III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Sfidat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Klinike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dhe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Kërkimi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Mjekësor</w:t>
            </w:r>
            <w:proofErr w:type="spellEnd"/>
            <w:r>
              <w:rPr>
                <w:b/>
                <w:color w:val="FFFFFF"/>
                <w:sz w:val="16"/>
              </w:rPr>
              <w:t xml:space="preserve"> / </w:t>
            </w:r>
          </w:p>
          <w:p w14:paraId="18039787" w14:textId="2F0DD9C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16"/>
              </w:rPr>
              <w:t>Clinical Challenges and Medical Research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5CD8C3D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14:00–15:40</w:t>
            </w:r>
          </w:p>
        </w:tc>
      </w:tr>
      <w:tr w:rsidR="00040F6C" w14:paraId="5DD043CA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7F25879B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Atifete Ramosaj, Zana Vela, </w:t>
            </w:r>
            <w:proofErr w:type="spellStart"/>
            <w:r>
              <w:rPr>
                <w:color w:val="1F1F1F"/>
                <w:sz w:val="15"/>
              </w:rPr>
              <w:t>Xhevdet</w:t>
            </w:r>
            <w:proofErr w:type="spellEnd"/>
            <w:r>
              <w:rPr>
                <w:color w:val="1F1F1F"/>
                <w:sz w:val="15"/>
              </w:rPr>
              <w:t xml:space="preserve"> Krasniqi, Gramoz Bunjaku, Arbana Bunjaku</w:t>
            </w:r>
          </w:p>
        </w:tc>
      </w:tr>
      <w:tr w:rsidR="00040F6C" w14:paraId="316220D2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9C57E5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88BAC6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4EBB6AC7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C91E89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14:00–14:10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4959E16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Artea</w:t>
            </w:r>
            <w:proofErr w:type="spellEnd"/>
            <w:r>
              <w:rPr>
                <w:b/>
                <w:color w:val="1F1F1F"/>
                <w:sz w:val="15"/>
              </w:rPr>
              <w:t xml:space="preserve"> Buçaj, Tringa Begu, Kaltrina </w:t>
            </w:r>
            <w:proofErr w:type="spellStart"/>
            <w:r>
              <w:rPr>
                <w:b/>
                <w:color w:val="1F1F1F"/>
                <w:sz w:val="15"/>
              </w:rPr>
              <w:t>Raci</w:t>
            </w:r>
            <w:proofErr w:type="spellEnd"/>
            <w:r>
              <w:rPr>
                <w:b/>
                <w:color w:val="1F1F1F"/>
                <w:sz w:val="15"/>
              </w:rPr>
              <w:t xml:space="preserve">, Aurora Bakalli, Basri Sejdiu, Fisnik Veliu, Vigan Mahmutaj, Jetmir Sejdiu, Taulant </w:t>
            </w:r>
            <w:proofErr w:type="spellStart"/>
            <w:r>
              <w:rPr>
                <w:b/>
                <w:color w:val="1F1F1F"/>
                <w:sz w:val="15"/>
              </w:rPr>
              <w:t>Sadriu</w:t>
            </w:r>
            <w:proofErr w:type="spellEnd"/>
            <w:r>
              <w:rPr>
                <w:b/>
                <w:color w:val="1F1F1F"/>
                <w:sz w:val="15"/>
              </w:rPr>
              <w:t xml:space="preserve">, Hamza Selmani, </w:t>
            </w:r>
            <w:proofErr w:type="spellStart"/>
            <w:r>
              <w:rPr>
                <w:b/>
                <w:color w:val="1F1F1F"/>
                <w:sz w:val="15"/>
              </w:rPr>
              <w:t>Xhevdet</w:t>
            </w:r>
            <w:proofErr w:type="spellEnd"/>
            <w:r>
              <w:rPr>
                <w:b/>
                <w:color w:val="1F1F1F"/>
                <w:sz w:val="15"/>
              </w:rPr>
              <w:t xml:space="preserve"> Krasniqi</w:t>
            </w:r>
          </w:p>
          <w:p w14:paraId="1ADE7DAC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Anomali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origjinës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arterieve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koronare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sfidat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intervenimit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koronar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perkutan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sindromën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akute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koronare</w:t>
            </w:r>
            <w:proofErr w:type="spellEnd"/>
          </w:p>
          <w:p w14:paraId="6487F47E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Anomalous origin of a coronary artery: challenges during percutaneous coronary intervention in acute coronary syndrome</w:t>
            </w:r>
          </w:p>
        </w:tc>
      </w:tr>
      <w:tr w:rsidR="00040F6C" w14:paraId="5845B669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6FC287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14:10–14:20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2A829DB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Yllza Shemsedini, </w:t>
            </w:r>
            <w:proofErr w:type="spellStart"/>
            <w:r>
              <w:rPr>
                <w:b/>
                <w:color w:val="1F1F1F"/>
                <w:sz w:val="15"/>
              </w:rPr>
              <w:t>Arbenita</w:t>
            </w:r>
            <w:proofErr w:type="spellEnd"/>
            <w:r>
              <w:rPr>
                <w:b/>
                <w:color w:val="1F1F1F"/>
                <w:sz w:val="15"/>
              </w:rPr>
              <w:t xml:space="preserve"> Rrahmani, Berina Ibrahimi, </w:t>
            </w:r>
            <w:proofErr w:type="spellStart"/>
            <w:r>
              <w:rPr>
                <w:b/>
                <w:color w:val="1F1F1F"/>
                <w:sz w:val="15"/>
              </w:rPr>
              <w:t>Elsonita</w:t>
            </w:r>
            <w:proofErr w:type="spellEnd"/>
            <w:r>
              <w:rPr>
                <w:b/>
                <w:color w:val="1F1F1F"/>
                <w:sz w:val="15"/>
              </w:rPr>
              <w:t xml:space="preserve"> Gucia, Gentian </w:t>
            </w:r>
            <w:proofErr w:type="spellStart"/>
            <w:r>
              <w:rPr>
                <w:b/>
                <w:color w:val="1F1F1F"/>
                <w:sz w:val="15"/>
              </w:rPr>
              <w:t>Ibishi</w:t>
            </w:r>
            <w:proofErr w:type="spellEnd"/>
            <w:r>
              <w:rPr>
                <w:b/>
                <w:color w:val="1F1F1F"/>
                <w:sz w:val="15"/>
              </w:rPr>
              <w:t>, Granit Isa, Endrit Shala, Doruntina Bunjaku</w:t>
            </w:r>
          </w:p>
          <w:p w14:paraId="585A6FE1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Vlera </w:t>
            </w:r>
            <w:proofErr w:type="spellStart"/>
            <w:r>
              <w:rPr>
                <w:b/>
                <w:color w:val="111111"/>
                <w:sz w:val="15"/>
              </w:rPr>
              <w:t>parashikuese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kinetikës</w:t>
            </w:r>
            <w:proofErr w:type="spellEnd"/>
            <w:r>
              <w:rPr>
                <w:b/>
                <w:color w:val="111111"/>
                <w:sz w:val="15"/>
              </w:rPr>
              <w:t xml:space="preserve"> postoperative të </w:t>
            </w:r>
            <w:proofErr w:type="spellStart"/>
            <w:r>
              <w:rPr>
                <w:b/>
                <w:color w:val="111111"/>
                <w:sz w:val="15"/>
              </w:rPr>
              <w:t>proteinës</w:t>
            </w:r>
            <w:proofErr w:type="spellEnd"/>
            <w:r>
              <w:rPr>
                <w:b/>
                <w:color w:val="111111"/>
                <w:sz w:val="15"/>
              </w:rPr>
              <w:t xml:space="preserve"> C-</w:t>
            </w:r>
            <w:proofErr w:type="spellStart"/>
            <w:r>
              <w:rPr>
                <w:b/>
                <w:color w:val="111111"/>
                <w:sz w:val="15"/>
              </w:rPr>
              <w:t>reaktive</w:t>
            </w:r>
            <w:proofErr w:type="spellEnd"/>
            <w:r>
              <w:rPr>
                <w:b/>
                <w:color w:val="111111"/>
                <w:sz w:val="15"/>
              </w:rPr>
              <w:t>/</w:t>
            </w:r>
            <w:proofErr w:type="spellStart"/>
            <w:r>
              <w:rPr>
                <w:b/>
                <w:color w:val="111111"/>
                <w:sz w:val="15"/>
              </w:rPr>
              <w:t>laktatit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fibrilimin</w:t>
            </w:r>
            <w:proofErr w:type="spellEnd"/>
            <w:r>
              <w:rPr>
                <w:b/>
                <w:color w:val="111111"/>
                <w:sz w:val="15"/>
              </w:rPr>
              <w:t xml:space="preserve"> atrial </w:t>
            </w:r>
            <w:proofErr w:type="spellStart"/>
            <w:r>
              <w:rPr>
                <w:b/>
                <w:color w:val="111111"/>
                <w:sz w:val="15"/>
              </w:rPr>
              <w:t>postoperativ</w:t>
            </w:r>
            <w:proofErr w:type="spellEnd"/>
            <w:r>
              <w:rPr>
                <w:b/>
                <w:color w:val="111111"/>
                <w:sz w:val="15"/>
              </w:rPr>
              <w:t xml:space="preserve"> pas bypass-it </w:t>
            </w:r>
            <w:proofErr w:type="spellStart"/>
            <w:r>
              <w:rPr>
                <w:b/>
                <w:color w:val="111111"/>
                <w:sz w:val="15"/>
              </w:rPr>
              <w:t>aortokoronar</w:t>
            </w:r>
            <w:proofErr w:type="spellEnd"/>
          </w:p>
          <w:p w14:paraId="2082E2DB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Predictive value of postoperative C-reactive protein/lactate kinetics for postoperative atrial fibrillation after coronary artery bypass grafting</w:t>
            </w:r>
          </w:p>
        </w:tc>
      </w:tr>
      <w:tr w:rsidR="00040F6C" w14:paraId="545A573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573C59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14:20–14:30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5701DD4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Mentor Krasniqi, Astrit Hamza, Fleta </w:t>
            </w:r>
            <w:proofErr w:type="spellStart"/>
            <w:r>
              <w:rPr>
                <w:b/>
                <w:color w:val="1F1F1F"/>
                <w:sz w:val="15"/>
              </w:rPr>
              <w:t>Kuçi</w:t>
            </w:r>
            <w:proofErr w:type="spellEnd"/>
          </w:p>
          <w:p w14:paraId="79351E09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Komplikimet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postoperatore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parandalimi</w:t>
            </w:r>
            <w:proofErr w:type="spellEnd"/>
            <w:r>
              <w:rPr>
                <w:b/>
                <w:color w:val="111111"/>
                <w:sz w:val="15"/>
              </w:rPr>
              <w:t xml:space="preserve">, </w:t>
            </w:r>
            <w:proofErr w:type="spellStart"/>
            <w:r>
              <w:rPr>
                <w:b/>
                <w:color w:val="111111"/>
                <w:sz w:val="15"/>
              </w:rPr>
              <w:t>zbulimi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hershëm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menaxhimi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sipas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protokolleve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aktuale</w:t>
            </w:r>
            <w:proofErr w:type="spellEnd"/>
          </w:p>
          <w:p w14:paraId="05CE3F2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Postoperative complications: prevention, early detection and management according to current protocols</w:t>
            </w:r>
          </w:p>
        </w:tc>
      </w:tr>
      <w:tr w:rsidR="00040F6C" w14:paraId="1279CD5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8D0F03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14:30–14:40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29B2A0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Sabiana Seferi, Dea Cafka, </w:t>
            </w:r>
            <w:proofErr w:type="spellStart"/>
            <w:r>
              <w:rPr>
                <w:b/>
                <w:color w:val="1F1F1F"/>
                <w:sz w:val="15"/>
              </w:rPr>
              <w:t>Enadia</w:t>
            </w:r>
            <w:proofErr w:type="spellEnd"/>
            <w:r>
              <w:rPr>
                <w:b/>
                <w:color w:val="1F1F1F"/>
                <w:sz w:val="15"/>
              </w:rPr>
              <w:t xml:space="preserve"> Gjeci, Oued </w:t>
            </w:r>
            <w:proofErr w:type="spellStart"/>
            <w:r>
              <w:rPr>
                <w:b/>
                <w:color w:val="1F1F1F"/>
                <w:sz w:val="15"/>
              </w:rPr>
              <w:t>Selgjekaj</w:t>
            </w:r>
            <w:proofErr w:type="spellEnd"/>
          </w:p>
          <w:p w14:paraId="45A8C236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Celulit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rëndë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buloz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anësisë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superiore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dextra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prekje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indeve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buta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imiton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fascitin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nekrotizant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</w:t>
            </w:r>
            <w:proofErr w:type="spellEnd"/>
          </w:p>
          <w:p w14:paraId="762F5FC4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Severe bullous cellulitis of the right upper limb with soft tissue involvement mimicking necrotizing fasciitis: a case report</w:t>
            </w:r>
          </w:p>
        </w:tc>
      </w:tr>
      <w:tr w:rsidR="00040F6C" w14:paraId="5A292D5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5C7C5F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14:40–14:50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C019CFF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Egzon Hamiti, Egzon Daku, </w:t>
            </w:r>
            <w:proofErr w:type="spellStart"/>
            <w:r>
              <w:rPr>
                <w:b/>
                <w:color w:val="1F1F1F"/>
                <w:sz w:val="15"/>
              </w:rPr>
              <w:t>Eldë</w:t>
            </w:r>
            <w:proofErr w:type="spellEnd"/>
            <w:r>
              <w:rPr>
                <w:b/>
                <w:color w:val="1F1F1F"/>
                <w:sz w:val="15"/>
              </w:rPr>
              <w:t xml:space="preserve"> Islami, Eni Leti, Olta </w:t>
            </w:r>
            <w:proofErr w:type="spellStart"/>
            <w:r>
              <w:rPr>
                <w:b/>
                <w:color w:val="1F1F1F"/>
                <w:sz w:val="15"/>
              </w:rPr>
              <w:t>Purrini</w:t>
            </w:r>
            <w:proofErr w:type="spellEnd"/>
          </w:p>
          <w:p w14:paraId="24F0B270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Konvulsione</w:t>
            </w:r>
            <w:proofErr w:type="spellEnd"/>
            <w:r>
              <w:rPr>
                <w:b/>
                <w:color w:val="111111"/>
                <w:sz w:val="15"/>
              </w:rPr>
              <w:t xml:space="preserve"> postpartum pas </w:t>
            </w:r>
            <w:proofErr w:type="spellStart"/>
            <w:r>
              <w:rPr>
                <w:b/>
                <w:color w:val="111111"/>
                <w:sz w:val="15"/>
              </w:rPr>
              <w:t>anestezisë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spinale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sfidat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diagnostike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meningoencefalitin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dyshuar</w:t>
            </w:r>
            <w:proofErr w:type="spellEnd"/>
            <w:r>
              <w:rPr>
                <w:b/>
                <w:color w:val="111111"/>
                <w:sz w:val="15"/>
              </w:rPr>
              <w:t xml:space="preserve"> – </w:t>
            </w:r>
            <w:proofErr w:type="spellStart"/>
            <w:r>
              <w:rPr>
                <w:b/>
                <w:color w:val="111111"/>
                <w:sz w:val="15"/>
              </w:rPr>
              <w:t>rishikim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literaturës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40FA375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Postpartum seizures following spinal anesthesia: diagnostic challenges in suspected meningoencephalitis – literature review and case report</w:t>
            </w:r>
          </w:p>
        </w:tc>
      </w:tr>
      <w:tr w:rsidR="00040F6C" w14:paraId="16EB2F9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8BC3EC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14:50–15:00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8C288D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Fahrije</w:t>
            </w:r>
            <w:proofErr w:type="spellEnd"/>
            <w:r>
              <w:rPr>
                <w:b/>
                <w:color w:val="1F1F1F"/>
                <w:sz w:val="15"/>
              </w:rPr>
              <w:t xml:space="preserve"> Veseli, Atifete Ramosaj Morina</w:t>
            </w:r>
          </w:p>
          <w:p w14:paraId="0A09049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Puberteti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parakohshëm</w:t>
            </w:r>
            <w:proofErr w:type="spellEnd"/>
            <w:r>
              <w:rPr>
                <w:b/>
                <w:color w:val="111111"/>
                <w:sz w:val="15"/>
              </w:rPr>
              <w:t xml:space="preserve">, </w:t>
            </w: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tij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rritje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1700DB56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Precocious puberty and its impact on growth: a case report</w:t>
            </w:r>
          </w:p>
        </w:tc>
      </w:tr>
      <w:tr w:rsidR="00040F6C" w14:paraId="748B7FF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78E447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15:00–15:10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7E49BE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Viola Avdiu, Rina Hoxha</w:t>
            </w:r>
          </w:p>
          <w:p w14:paraId="683E12F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Sëmundjet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bazë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hemodializë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periudhe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pesëvjeçare</w:t>
            </w:r>
            <w:proofErr w:type="spellEnd"/>
          </w:p>
          <w:p w14:paraId="306A2EA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Underlying diseases in hemodialysis patients in Kosovo during a five-year period</w:t>
            </w:r>
          </w:p>
        </w:tc>
      </w:tr>
      <w:tr w:rsidR="00040F6C" w14:paraId="1EE9A052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6BA4B9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15:10–15:20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3F3376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Stina Haxhibeqiri, Erion Hasani, Esma Qazimi, Enis Sahiti, Valdete Haxhibeqiri</w:t>
            </w:r>
          </w:p>
          <w:p w14:paraId="34A21A5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Vlerësimi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parametrave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metabolizmit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mineralo-kockor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hemodializë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kronike</w:t>
            </w:r>
            <w:proofErr w:type="spellEnd"/>
          </w:p>
          <w:p w14:paraId="49D8D82A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Assessment of mineral and bone metabolism parameters in patients undergoing chronic hemodialysis</w:t>
            </w:r>
          </w:p>
        </w:tc>
      </w:tr>
      <w:tr w:rsidR="00040F6C" w14:paraId="542BFE2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3B8343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15:20–15:30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CB723CD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Jeton Sinani, Erza Balaj, Gentiana Januzi, Albana Ajvazi, Merita Emini Sadiku</w:t>
            </w:r>
          </w:p>
          <w:p w14:paraId="28E54DC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Deficienca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vitaminës</w:t>
            </w:r>
            <w:proofErr w:type="spellEnd"/>
            <w:r>
              <w:rPr>
                <w:b/>
                <w:color w:val="111111"/>
                <w:sz w:val="15"/>
              </w:rPr>
              <w:t xml:space="preserve"> D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komplikimet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kronike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diabetike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diabetin</w:t>
            </w:r>
            <w:proofErr w:type="spellEnd"/>
            <w:r>
              <w:rPr>
                <w:b/>
                <w:color w:val="111111"/>
                <w:sz w:val="15"/>
              </w:rPr>
              <w:t xml:space="preserve"> mellitus tip 2: </w:t>
            </w:r>
            <w:proofErr w:type="spellStart"/>
            <w:r>
              <w:rPr>
                <w:b/>
                <w:color w:val="111111"/>
                <w:sz w:val="15"/>
              </w:rPr>
              <w:t>studim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retrospektiv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qendre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vetme</w:t>
            </w:r>
            <w:proofErr w:type="spellEnd"/>
          </w:p>
          <w:p w14:paraId="7FE6CBF9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Vitamin D deficiency and chronic diabetic complications in type 2 diabetes mellitus: a single-center retrospective study</w:t>
            </w:r>
          </w:p>
        </w:tc>
      </w:tr>
      <w:tr w:rsidR="00040F6C" w14:paraId="2615AC59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36C0F66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15:30–15:40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3B9B306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</w:tbl>
    <w:p w14:paraId="28818A88" w14:textId="77777777" w:rsidR="00040F6C" w:rsidRDefault="00040F6C"/>
    <w:p w14:paraId="0CAC3FBA" w14:textId="77777777" w:rsidR="00040F6C" w:rsidRDefault="00AA6299">
      <w:r>
        <w:br w:type="page"/>
      </w:r>
    </w:p>
    <w:p w14:paraId="47157E83" w14:textId="77777777" w:rsidR="00040F6C" w:rsidRDefault="00AA6299">
      <w:pPr>
        <w:spacing w:before="120" w:after="120" w:line="240" w:lineRule="auto"/>
        <w:jc w:val="center"/>
      </w:pPr>
      <w:r>
        <w:rPr>
          <w:b/>
          <w:color w:val="A80610"/>
          <w:sz w:val="30"/>
        </w:rPr>
        <w:t>SALLA D-3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09"/>
        <w:gridCol w:w="1768"/>
        <w:gridCol w:w="854"/>
        <w:gridCol w:w="2880"/>
        <w:gridCol w:w="65"/>
      </w:tblGrid>
      <w:tr w:rsidR="00040F6C" w14:paraId="79DDD5F0" w14:textId="77777777">
        <w:trPr>
          <w:jc w:val="center"/>
        </w:trPr>
        <w:tc>
          <w:tcPr>
            <w:tcW w:w="10376" w:type="dxa"/>
            <w:gridSpan w:val="5"/>
            <w:shd w:val="clear" w:color="auto" w:fill="A806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34D6B" w14:textId="77777777" w:rsidR="00040F6C" w:rsidRDefault="00040F6C">
            <w:pPr>
              <w:spacing w:after="0" w:line="240" w:lineRule="auto"/>
            </w:pPr>
          </w:p>
        </w:tc>
      </w:tr>
      <w:tr w:rsidR="00040F6C" w14:paraId="2C39766A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3"/>
          <w:wAfter w:w="1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4E6550BF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20"/>
              </w:rPr>
              <w:t>SESIONI 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Mësime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nga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Rastet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Klinike</w:t>
            </w:r>
            <w:proofErr w:type="spellEnd"/>
            <w:r>
              <w:rPr>
                <w:b/>
                <w:color w:val="FFFFFF"/>
                <w:sz w:val="16"/>
              </w:rPr>
              <w:t xml:space="preserve"> / Learning from Clinical Cases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1FD7934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09:00–10:30</w:t>
            </w:r>
          </w:p>
        </w:tc>
      </w:tr>
      <w:tr w:rsidR="00040F6C" w14:paraId="655834E7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2"/>
          <w:wAfter w:w="1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33808AC3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>: Valon Krasniqi, Jeton Shatri, Labinot Shahini, Merita Emini-Sadiku, Lisa Beqa</w:t>
            </w:r>
          </w:p>
        </w:tc>
      </w:tr>
      <w:tr w:rsidR="00040F6C" w14:paraId="575D239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3F2688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59F9D2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428B673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B2BD8D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09:00–09:10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C2B4ACF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Dion </w:t>
            </w:r>
            <w:proofErr w:type="spellStart"/>
            <w:r>
              <w:rPr>
                <w:b/>
                <w:color w:val="1F1F1F"/>
                <w:sz w:val="15"/>
              </w:rPr>
              <w:t>Bajramaj</w:t>
            </w:r>
            <w:proofErr w:type="spellEnd"/>
            <w:r>
              <w:rPr>
                <w:b/>
                <w:color w:val="1F1F1F"/>
                <w:sz w:val="15"/>
              </w:rPr>
              <w:t xml:space="preserve">, Behar </w:t>
            </w:r>
            <w:proofErr w:type="spellStart"/>
            <w:r>
              <w:rPr>
                <w:b/>
                <w:color w:val="1F1F1F"/>
                <w:sz w:val="15"/>
              </w:rPr>
              <w:t>Raci</w:t>
            </w:r>
            <w:proofErr w:type="spellEnd"/>
            <w:r>
              <w:rPr>
                <w:b/>
                <w:color w:val="1F1F1F"/>
                <w:sz w:val="15"/>
              </w:rPr>
              <w:t xml:space="preserve">, Donjeta Bajraktari, Blinera </w:t>
            </w:r>
            <w:proofErr w:type="spellStart"/>
            <w:r>
              <w:rPr>
                <w:b/>
                <w:color w:val="1F1F1F"/>
                <w:sz w:val="15"/>
              </w:rPr>
              <w:t>Plakaj</w:t>
            </w:r>
            <w:proofErr w:type="spellEnd"/>
            <w:r>
              <w:rPr>
                <w:b/>
                <w:color w:val="1F1F1F"/>
                <w:sz w:val="15"/>
              </w:rPr>
              <w:t xml:space="preserve">, Denis Bajramaj, Edi Shaqiri, </w:t>
            </w:r>
            <w:proofErr w:type="spellStart"/>
            <w:r>
              <w:rPr>
                <w:b/>
                <w:color w:val="1F1F1F"/>
                <w:sz w:val="15"/>
              </w:rPr>
              <w:t>Shqiponjë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Plakaj</w:t>
            </w:r>
            <w:proofErr w:type="spellEnd"/>
          </w:p>
          <w:p w14:paraId="33E1CDB4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Glioblastoma multiforme: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  <w:r>
              <w:rPr>
                <w:b/>
                <w:color w:val="111111"/>
                <w:sz w:val="15"/>
              </w:rPr>
              <w:t xml:space="preserve">, </w:t>
            </w:r>
            <w:proofErr w:type="spellStart"/>
            <w:r>
              <w:rPr>
                <w:b/>
                <w:color w:val="111111"/>
                <w:sz w:val="15"/>
              </w:rPr>
              <w:t>trajtimi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prognoza</w:t>
            </w:r>
            <w:proofErr w:type="spellEnd"/>
          </w:p>
          <w:p w14:paraId="789D387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Glioblastoma Multiforme: A Case Report, Treatment and Prognosis</w:t>
            </w:r>
          </w:p>
        </w:tc>
      </w:tr>
      <w:tr w:rsidR="00040F6C" w14:paraId="5C2EC3C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904C336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09:10–09:20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6C1DAF7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Tringa Begu, </w:t>
            </w:r>
            <w:proofErr w:type="spellStart"/>
            <w:r>
              <w:rPr>
                <w:b/>
                <w:color w:val="1F1F1F"/>
                <w:sz w:val="15"/>
              </w:rPr>
              <w:t>Artea</w:t>
            </w:r>
            <w:proofErr w:type="spellEnd"/>
            <w:r>
              <w:rPr>
                <w:b/>
                <w:color w:val="1F1F1F"/>
                <w:sz w:val="15"/>
              </w:rPr>
              <w:t xml:space="preserve"> Buçaj, Kaltrina </w:t>
            </w:r>
            <w:proofErr w:type="spellStart"/>
            <w:r>
              <w:rPr>
                <w:b/>
                <w:color w:val="1F1F1F"/>
                <w:sz w:val="15"/>
              </w:rPr>
              <w:t>Raci</w:t>
            </w:r>
            <w:proofErr w:type="spellEnd"/>
            <w:r>
              <w:rPr>
                <w:b/>
                <w:color w:val="1F1F1F"/>
                <w:sz w:val="15"/>
              </w:rPr>
              <w:t xml:space="preserve">, Aurora Bakalli, Lulzim Bashota, Luan Keka, Artan Krasniqi, Agim Krasniqi, Faik Shatri, Shpend Elezi, </w:t>
            </w:r>
            <w:proofErr w:type="spellStart"/>
            <w:r>
              <w:rPr>
                <w:b/>
                <w:color w:val="1F1F1F"/>
                <w:sz w:val="15"/>
              </w:rPr>
              <w:t>Xhevdet</w:t>
            </w:r>
            <w:proofErr w:type="spellEnd"/>
            <w:r>
              <w:rPr>
                <w:b/>
                <w:color w:val="1F1F1F"/>
                <w:sz w:val="15"/>
              </w:rPr>
              <w:t xml:space="preserve"> Krasniqi</w:t>
            </w:r>
          </w:p>
          <w:p w14:paraId="15FA026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Diseksioni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spontan</w:t>
            </w:r>
            <w:proofErr w:type="spellEnd"/>
            <w:r>
              <w:rPr>
                <w:b/>
                <w:color w:val="111111"/>
                <w:sz w:val="15"/>
              </w:rPr>
              <w:t xml:space="preserve"> i arteries </w:t>
            </w:r>
            <w:proofErr w:type="spellStart"/>
            <w:r>
              <w:rPr>
                <w:b/>
                <w:color w:val="111111"/>
                <w:sz w:val="15"/>
              </w:rPr>
              <w:t>koronare</w:t>
            </w:r>
            <w:proofErr w:type="spellEnd"/>
            <w:r>
              <w:rPr>
                <w:b/>
                <w:color w:val="111111"/>
                <w:sz w:val="15"/>
              </w:rPr>
              <w:t xml:space="preserve"> (SCAD): </w:t>
            </w:r>
            <w:proofErr w:type="spellStart"/>
            <w:r>
              <w:rPr>
                <w:b/>
                <w:color w:val="111111"/>
                <w:sz w:val="15"/>
              </w:rPr>
              <w:t>rezultatet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menaxhimi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pacientit</w:t>
            </w:r>
            <w:proofErr w:type="spellEnd"/>
          </w:p>
          <w:p w14:paraId="333A3C79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Spontaneous Coronary Artery Dissection (SCAD): Clinical Outcomes and Patient Management</w:t>
            </w:r>
          </w:p>
        </w:tc>
      </w:tr>
      <w:tr w:rsidR="00040F6C" w14:paraId="627A9FE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91875C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09:20–09:30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A6AB1F4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Aida Hashani, Endrit </w:t>
            </w:r>
            <w:proofErr w:type="spellStart"/>
            <w:r>
              <w:rPr>
                <w:b/>
                <w:color w:val="1F1F1F"/>
                <w:sz w:val="15"/>
              </w:rPr>
              <w:t>Leci</w:t>
            </w:r>
            <w:proofErr w:type="spellEnd"/>
            <w:r>
              <w:rPr>
                <w:b/>
                <w:color w:val="1F1F1F"/>
                <w:sz w:val="15"/>
              </w:rPr>
              <w:t xml:space="preserve">, Erdi Rexha, Laura </w:t>
            </w:r>
            <w:proofErr w:type="spellStart"/>
            <w:r>
              <w:rPr>
                <w:b/>
                <w:color w:val="1F1F1F"/>
                <w:sz w:val="15"/>
              </w:rPr>
              <w:t>Leci</w:t>
            </w:r>
            <w:proofErr w:type="spellEnd"/>
            <w:r>
              <w:rPr>
                <w:b/>
                <w:color w:val="1F1F1F"/>
                <w:sz w:val="15"/>
              </w:rPr>
              <w:t xml:space="preserve"> Tahiri</w:t>
            </w:r>
          </w:p>
          <w:p w14:paraId="3A3997A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Menaxhimi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suksesshëm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sindromës</w:t>
            </w:r>
            <w:proofErr w:type="spellEnd"/>
            <w:r>
              <w:rPr>
                <w:b/>
                <w:color w:val="111111"/>
                <w:sz w:val="15"/>
              </w:rPr>
              <w:t xml:space="preserve"> Leriche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paciente</w:t>
            </w:r>
            <w:proofErr w:type="spellEnd"/>
            <w:r>
              <w:rPr>
                <w:b/>
                <w:color w:val="111111"/>
                <w:sz w:val="15"/>
              </w:rPr>
              <w:t xml:space="preserve"> 48-vjeçare: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prezentim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rrallë</w:t>
            </w:r>
            <w:proofErr w:type="spellEnd"/>
          </w:p>
          <w:p w14:paraId="4E7B125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Successful Management of Leriche Syndrome in a 48-Year-Old Female Patient: A Rare Case Report</w:t>
            </w:r>
          </w:p>
        </w:tc>
      </w:tr>
      <w:tr w:rsidR="00040F6C" w14:paraId="43C51B2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555C2D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09:30–09:40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6200B4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Erdon Kabashi, Labinot Shahini</w:t>
            </w:r>
          </w:p>
          <w:p w14:paraId="665E12A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Hematopoeza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ekstramedulare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pulmonare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imiton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kancerin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mushkërive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prezentim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41FDE19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Pulmonary Extramedullary Hematopoiesis Mimicking Lung Cancer: A Case Report</w:t>
            </w:r>
          </w:p>
        </w:tc>
      </w:tr>
      <w:tr w:rsidR="00040F6C" w14:paraId="4AEE1EA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BB070B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09:40–09:50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AE07DB0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Blinera </w:t>
            </w:r>
            <w:proofErr w:type="spellStart"/>
            <w:r>
              <w:rPr>
                <w:b/>
                <w:color w:val="1F1F1F"/>
                <w:sz w:val="15"/>
              </w:rPr>
              <w:t>Plakaj</w:t>
            </w:r>
            <w:proofErr w:type="spellEnd"/>
            <w:r>
              <w:rPr>
                <w:b/>
                <w:color w:val="1F1F1F"/>
                <w:sz w:val="15"/>
              </w:rPr>
              <w:t>, Gramoz Bunjaku, Ilir Tolaj</w:t>
            </w:r>
          </w:p>
          <w:p w14:paraId="514289C0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Anemi </w:t>
            </w:r>
            <w:proofErr w:type="spellStart"/>
            <w:r>
              <w:rPr>
                <w:b/>
                <w:color w:val="111111"/>
                <w:sz w:val="15"/>
              </w:rPr>
              <w:t>hemolitike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autoimune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sekondare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ndaj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infeksionit</w:t>
            </w:r>
            <w:proofErr w:type="spellEnd"/>
            <w:r>
              <w:rPr>
                <w:b/>
                <w:color w:val="111111"/>
                <w:sz w:val="15"/>
              </w:rPr>
              <w:t xml:space="preserve"> me Epstein–Barr virus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25-vjeçare: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00AB692A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Secondary Autoimmune Hemolytic Anemia Following Epstein–Barr Virus Infection in a 25-Year-Old Woman: A Case Report</w:t>
            </w:r>
          </w:p>
        </w:tc>
      </w:tr>
      <w:tr w:rsidR="00040F6C" w14:paraId="614B436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C1A3DC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09:50–10:00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5C05263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Elmedina Shatri, Rrezarta </w:t>
            </w:r>
            <w:proofErr w:type="spellStart"/>
            <w:r>
              <w:rPr>
                <w:b/>
                <w:color w:val="1F1F1F"/>
                <w:sz w:val="15"/>
              </w:rPr>
              <w:t>Tërnava</w:t>
            </w:r>
            <w:proofErr w:type="spellEnd"/>
            <w:r>
              <w:rPr>
                <w:b/>
                <w:color w:val="1F1F1F"/>
                <w:sz w:val="15"/>
              </w:rPr>
              <w:t xml:space="preserve">, Antoneta </w:t>
            </w:r>
            <w:proofErr w:type="spellStart"/>
            <w:r>
              <w:rPr>
                <w:b/>
                <w:color w:val="1F1F1F"/>
                <w:sz w:val="15"/>
              </w:rPr>
              <w:t>Gërdovci</w:t>
            </w:r>
            <w:proofErr w:type="spellEnd"/>
            <w:r>
              <w:rPr>
                <w:b/>
                <w:color w:val="1F1F1F"/>
                <w:sz w:val="15"/>
              </w:rPr>
              <w:t>, Ilir Tolaj, Gëzim Morina</w:t>
            </w:r>
          </w:p>
          <w:p w14:paraId="3E254CB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Mieliti</w:t>
            </w:r>
            <w:proofErr w:type="spellEnd"/>
            <w:r>
              <w:rPr>
                <w:b/>
                <w:color w:val="111111"/>
                <w:sz w:val="15"/>
              </w:rPr>
              <w:t xml:space="preserve"> transvers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neuroborreliozën</w:t>
            </w:r>
            <w:proofErr w:type="spellEnd"/>
            <w:r>
              <w:rPr>
                <w:b/>
                <w:color w:val="111111"/>
                <w:sz w:val="15"/>
              </w:rPr>
              <w:t xml:space="preserve"> Lyme: </w:t>
            </w:r>
            <w:proofErr w:type="spellStart"/>
            <w:r>
              <w:rPr>
                <w:b/>
                <w:color w:val="111111"/>
                <w:sz w:val="15"/>
              </w:rPr>
              <w:t>raport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rrallë</w:t>
            </w:r>
            <w:proofErr w:type="spellEnd"/>
          </w:p>
          <w:p w14:paraId="37FC335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Transverse Myelitis in Lyme Neuroborreliosis: A Report of a Rare Case</w:t>
            </w:r>
          </w:p>
        </w:tc>
      </w:tr>
      <w:tr w:rsidR="00040F6C" w14:paraId="65BD199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F66F28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10:00–10:10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B742DBE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Kaltrina </w:t>
            </w:r>
            <w:proofErr w:type="spellStart"/>
            <w:r>
              <w:rPr>
                <w:b/>
                <w:color w:val="1F1F1F"/>
                <w:sz w:val="15"/>
              </w:rPr>
              <w:t>Raci</w:t>
            </w:r>
            <w:proofErr w:type="spellEnd"/>
            <w:r>
              <w:rPr>
                <w:b/>
                <w:color w:val="1F1F1F"/>
                <w:sz w:val="15"/>
              </w:rPr>
              <w:t xml:space="preserve">, </w:t>
            </w:r>
            <w:proofErr w:type="spellStart"/>
            <w:r>
              <w:rPr>
                <w:b/>
                <w:color w:val="1F1F1F"/>
                <w:sz w:val="15"/>
              </w:rPr>
              <w:t>Artea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Buçaj</w:t>
            </w:r>
            <w:proofErr w:type="spellEnd"/>
            <w:r>
              <w:rPr>
                <w:b/>
                <w:color w:val="1F1F1F"/>
                <w:sz w:val="15"/>
              </w:rPr>
              <w:t xml:space="preserve">, Tringa Begu, Aurora Bakalli, Fisnik Basholli, </w:t>
            </w:r>
            <w:proofErr w:type="spellStart"/>
            <w:r>
              <w:rPr>
                <w:b/>
                <w:color w:val="1F1F1F"/>
                <w:sz w:val="15"/>
              </w:rPr>
              <w:t>Hajdin</w:t>
            </w:r>
            <w:proofErr w:type="spellEnd"/>
            <w:r>
              <w:rPr>
                <w:b/>
                <w:color w:val="1F1F1F"/>
                <w:sz w:val="15"/>
              </w:rPr>
              <w:t xml:space="preserve"> Çitaku, Luan </w:t>
            </w:r>
            <w:proofErr w:type="spellStart"/>
            <w:r>
              <w:rPr>
                <w:b/>
                <w:color w:val="1F1F1F"/>
                <w:sz w:val="15"/>
              </w:rPr>
              <w:t>Perçuku</w:t>
            </w:r>
            <w:proofErr w:type="spellEnd"/>
            <w:r>
              <w:rPr>
                <w:b/>
                <w:color w:val="1F1F1F"/>
                <w:sz w:val="15"/>
              </w:rPr>
              <w:t xml:space="preserve">, Daut Gorani, Luljeta </w:t>
            </w:r>
            <w:proofErr w:type="spellStart"/>
            <w:r>
              <w:rPr>
                <w:b/>
                <w:color w:val="1F1F1F"/>
                <w:sz w:val="15"/>
              </w:rPr>
              <w:t>Durmish</w:t>
            </w:r>
            <w:proofErr w:type="spellEnd"/>
            <w:r>
              <w:rPr>
                <w:b/>
                <w:color w:val="1F1F1F"/>
                <w:sz w:val="15"/>
              </w:rPr>
              <w:t xml:space="preserve">, </w:t>
            </w:r>
            <w:proofErr w:type="spellStart"/>
            <w:r>
              <w:rPr>
                <w:b/>
                <w:color w:val="1F1F1F"/>
                <w:sz w:val="15"/>
              </w:rPr>
              <w:t>Xhevdet</w:t>
            </w:r>
            <w:proofErr w:type="spellEnd"/>
            <w:r>
              <w:rPr>
                <w:b/>
                <w:color w:val="1F1F1F"/>
                <w:sz w:val="15"/>
              </w:rPr>
              <w:t xml:space="preserve"> Krasniqi</w:t>
            </w:r>
          </w:p>
          <w:p w14:paraId="430BAB0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Sindroma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koronare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akute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hemofilinë</w:t>
            </w:r>
            <w:proofErr w:type="spellEnd"/>
            <w:r>
              <w:rPr>
                <w:b/>
                <w:color w:val="111111"/>
                <w:sz w:val="15"/>
              </w:rPr>
              <w:t xml:space="preserve"> B: </w:t>
            </w:r>
            <w:proofErr w:type="spellStart"/>
            <w:r>
              <w:rPr>
                <w:b/>
                <w:color w:val="111111"/>
                <w:sz w:val="15"/>
              </w:rPr>
              <w:t>sfidat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menaxhimit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përfundimi</w:t>
            </w:r>
            <w:proofErr w:type="spellEnd"/>
            <w:r>
              <w:rPr>
                <w:b/>
                <w:color w:val="111111"/>
                <w:sz w:val="15"/>
              </w:rPr>
              <w:t xml:space="preserve"> fatal pas </w:t>
            </w:r>
            <w:proofErr w:type="spellStart"/>
            <w:r>
              <w:rPr>
                <w:b/>
                <w:color w:val="111111"/>
                <w:sz w:val="15"/>
              </w:rPr>
              <w:t>intervenimit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koronar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perkutan</w:t>
            </w:r>
            <w:proofErr w:type="spellEnd"/>
          </w:p>
          <w:p w14:paraId="31AD706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Acute Coronary Syndrome in Hemophilia B: Management Challenges and Fatal Outcome Following Percutaneous Coronary Intervention</w:t>
            </w:r>
          </w:p>
        </w:tc>
      </w:tr>
      <w:tr w:rsidR="00040F6C" w14:paraId="0DC20B62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28BCCB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10:10–10:20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8384810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Rrezarta </w:t>
            </w:r>
            <w:proofErr w:type="spellStart"/>
            <w:r>
              <w:rPr>
                <w:b/>
                <w:color w:val="1F1F1F"/>
                <w:sz w:val="15"/>
              </w:rPr>
              <w:t>Tërnava</w:t>
            </w:r>
            <w:proofErr w:type="spellEnd"/>
            <w:r>
              <w:rPr>
                <w:b/>
                <w:color w:val="1F1F1F"/>
                <w:sz w:val="15"/>
              </w:rPr>
              <w:t xml:space="preserve">, Elmedina Shatri, Antoneta </w:t>
            </w:r>
            <w:proofErr w:type="spellStart"/>
            <w:r>
              <w:rPr>
                <w:b/>
                <w:color w:val="1F1F1F"/>
                <w:sz w:val="15"/>
              </w:rPr>
              <w:t>Gërdovci</w:t>
            </w:r>
            <w:proofErr w:type="spellEnd"/>
            <w:r>
              <w:rPr>
                <w:b/>
                <w:color w:val="1F1F1F"/>
                <w:sz w:val="15"/>
              </w:rPr>
              <w:t>, Murat Mehmeti, Ilir Tolaj</w:t>
            </w:r>
          </w:p>
          <w:p w14:paraId="52317CA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Leukoencefalopatia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multifokale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progresive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ko-</w:t>
            </w:r>
            <w:proofErr w:type="spellStart"/>
            <w:r>
              <w:rPr>
                <w:b/>
                <w:color w:val="111111"/>
                <w:sz w:val="15"/>
              </w:rPr>
              <w:t>infeksioni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citomegalovirus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sindromën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imunodeficiencës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fituar</w:t>
            </w:r>
            <w:proofErr w:type="spellEnd"/>
            <w:r>
              <w:rPr>
                <w:b/>
                <w:color w:val="111111"/>
                <w:sz w:val="15"/>
              </w:rPr>
              <w:t xml:space="preserve">, i </w:t>
            </w:r>
            <w:proofErr w:type="spellStart"/>
            <w:r>
              <w:rPr>
                <w:b/>
                <w:color w:val="111111"/>
                <w:sz w:val="15"/>
              </w:rPr>
              <w:t>paraqitur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pneumoni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dyshuar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nga</w:t>
            </w:r>
            <w:proofErr w:type="spellEnd"/>
            <w:r>
              <w:rPr>
                <w:b/>
                <w:color w:val="111111"/>
                <w:sz w:val="15"/>
              </w:rPr>
              <w:t xml:space="preserve"> Pneumocystis </w:t>
            </w:r>
            <w:proofErr w:type="spellStart"/>
            <w:r>
              <w:rPr>
                <w:b/>
                <w:color w:val="111111"/>
                <w:sz w:val="15"/>
              </w:rPr>
              <w:t>jirovecii</w:t>
            </w:r>
            <w:proofErr w:type="spellEnd"/>
          </w:p>
          <w:p w14:paraId="4F871F21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Progressive Multifocal Leukoencephalopathy and Cytomegalovirus Co-Infection in a Patient with Acquired Immunodeficiency Syndrome Presenting with Suspected Pneumocystis </w:t>
            </w:r>
            <w:proofErr w:type="spellStart"/>
            <w:r>
              <w:rPr>
                <w:i/>
                <w:color w:val="555555"/>
                <w:sz w:val="14"/>
              </w:rPr>
              <w:t>jirovecii</w:t>
            </w:r>
            <w:proofErr w:type="spellEnd"/>
            <w:r>
              <w:rPr>
                <w:i/>
                <w:color w:val="555555"/>
                <w:sz w:val="14"/>
              </w:rPr>
              <w:t xml:space="preserve"> Pneumonia</w:t>
            </w:r>
          </w:p>
        </w:tc>
      </w:tr>
      <w:tr w:rsidR="00040F6C" w14:paraId="4792BC6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83B72A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10:20–10:30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4BA9AE5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  <w:tr w:rsidR="00040F6C" w14:paraId="363C33D8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gridAfter w:val="1"/>
          <w:wAfter w:w="100" w:type="dxa"/>
          <w:cantSplit/>
          <w:jc w:val="center"/>
        </w:trPr>
        <w:tc>
          <w:tcPr>
            <w:tcW w:w="1400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35302C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10:30–11:00</w:t>
            </w:r>
          </w:p>
        </w:tc>
        <w:tc>
          <w:tcPr>
            <w:tcW w:w="7800" w:type="dxa"/>
            <w:gridSpan w:val="3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29F599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PUSHIM KAFEJE</w:t>
            </w:r>
          </w:p>
        </w:tc>
      </w:tr>
    </w:tbl>
    <w:p w14:paraId="3E9DBE56" w14:textId="77777777" w:rsidR="00040F6C" w:rsidRDefault="00040F6C"/>
    <w:p w14:paraId="0F9B9231" w14:textId="77777777" w:rsidR="00096448" w:rsidRDefault="00096448"/>
    <w:p w14:paraId="742ABF63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04"/>
        <w:gridCol w:w="1725"/>
        <w:gridCol w:w="848"/>
        <w:gridCol w:w="2899"/>
      </w:tblGrid>
      <w:tr w:rsidR="00040F6C" w14:paraId="426599F1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449BC40E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20"/>
              </w:rPr>
              <w:t>SESIONI II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Hapat</w:t>
            </w:r>
            <w:proofErr w:type="spellEnd"/>
            <w:r>
              <w:rPr>
                <w:b/>
                <w:color w:val="FFFFFF"/>
                <w:sz w:val="16"/>
              </w:rPr>
              <w:t xml:space="preserve"> e </w:t>
            </w:r>
            <w:proofErr w:type="spellStart"/>
            <w:r>
              <w:rPr>
                <w:b/>
                <w:color w:val="FFFFFF"/>
                <w:sz w:val="16"/>
              </w:rPr>
              <w:t>Parë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Shkencë</w:t>
            </w:r>
            <w:proofErr w:type="spellEnd"/>
            <w:r>
              <w:rPr>
                <w:b/>
                <w:color w:val="FFFFFF"/>
                <w:sz w:val="16"/>
              </w:rPr>
              <w:t xml:space="preserve"> 1 / First Steps in Science 1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26BD2C9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11:00–12:30</w:t>
            </w:r>
          </w:p>
        </w:tc>
      </w:tr>
      <w:tr w:rsidR="00040F6C" w14:paraId="0A46F5A5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4ECF85A5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Merita Berisha, Sanije Gashi, Bashkim Gllareva, Greta Lila, </w:t>
            </w:r>
            <w:proofErr w:type="spellStart"/>
            <w:r>
              <w:rPr>
                <w:color w:val="1F1F1F"/>
                <w:sz w:val="15"/>
              </w:rPr>
              <w:t>Vesë</w:t>
            </w:r>
            <w:proofErr w:type="spellEnd"/>
            <w:r>
              <w:rPr>
                <w:color w:val="1F1F1F"/>
                <w:sz w:val="15"/>
              </w:rPr>
              <w:t xml:space="preserve"> Spahiu</w:t>
            </w:r>
          </w:p>
        </w:tc>
      </w:tr>
      <w:tr w:rsidR="00040F6C" w14:paraId="4336712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F4A613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380E74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60D75EB7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A9ED80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11:00–11:10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AD1701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Orgesta Kelmendi, Rina Hoxha</w:t>
            </w:r>
          </w:p>
          <w:p w14:paraId="2FC6C288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Njohuritë, </w:t>
            </w:r>
            <w:proofErr w:type="spellStart"/>
            <w:r>
              <w:rPr>
                <w:b/>
                <w:color w:val="111111"/>
                <w:sz w:val="15"/>
              </w:rPr>
              <w:t>qëndrimet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praktikat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nxënësve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Shkollës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Mesme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Pejë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përdorimin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racional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antibiotikëve</w:t>
            </w:r>
            <w:proofErr w:type="spellEnd"/>
          </w:p>
          <w:p w14:paraId="7721A582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Knowledge, Attitudes, and Practices of Students at the Medical High School in Peja Regarding the Rational Use of Antibiotics</w:t>
            </w:r>
          </w:p>
        </w:tc>
      </w:tr>
      <w:tr w:rsidR="00040F6C" w14:paraId="18164AF7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159814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11:10–11:20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1C23340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Shumhi</w:t>
            </w:r>
            <w:proofErr w:type="spellEnd"/>
            <w:r>
              <w:rPr>
                <w:b/>
                <w:color w:val="1F1F1F"/>
                <w:sz w:val="15"/>
              </w:rPr>
              <w:t xml:space="preserve"> Morina, Rina Hoxha, Fatime Ukaj</w:t>
            </w:r>
          </w:p>
          <w:p w14:paraId="3234F4A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Analizë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frekuencës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rasteve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tuberkuloz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Kosovë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periudhën</w:t>
            </w:r>
            <w:proofErr w:type="spellEnd"/>
            <w:r>
              <w:rPr>
                <w:b/>
                <w:color w:val="111111"/>
                <w:sz w:val="15"/>
              </w:rPr>
              <w:t xml:space="preserve"> 2019–2023</w:t>
            </w:r>
          </w:p>
          <w:p w14:paraId="349A21FA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Analysis of the Frequency of Tuberculosis Cases in Kosovo During the Period 2019–2023</w:t>
            </w:r>
          </w:p>
        </w:tc>
      </w:tr>
      <w:tr w:rsidR="00040F6C" w14:paraId="0E868DD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A46A2B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11:20–11:30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2DD6780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Jeta Sylejmani, Sanije Hoxha-Gashi, </w:t>
            </w:r>
            <w:proofErr w:type="spellStart"/>
            <w:r>
              <w:rPr>
                <w:b/>
                <w:color w:val="1F1F1F"/>
                <w:sz w:val="15"/>
              </w:rPr>
              <w:t>Mejreme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Bajqinovci</w:t>
            </w:r>
            <w:proofErr w:type="spellEnd"/>
          </w:p>
          <w:p w14:paraId="32D8809A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Analiza e </w:t>
            </w:r>
            <w:proofErr w:type="spellStart"/>
            <w:r>
              <w:rPr>
                <w:b/>
                <w:color w:val="111111"/>
                <w:sz w:val="15"/>
              </w:rPr>
              <w:t>rezultateve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urinokulturave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Institutin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Kombëtar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Shëndetësisë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Publike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Kosovës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periudhës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janar</w:t>
            </w:r>
            <w:proofErr w:type="spellEnd"/>
            <w:r>
              <w:rPr>
                <w:b/>
                <w:color w:val="111111"/>
                <w:sz w:val="15"/>
              </w:rPr>
              <w:t>–</w:t>
            </w:r>
            <w:proofErr w:type="spellStart"/>
            <w:r>
              <w:rPr>
                <w:b/>
                <w:color w:val="111111"/>
                <w:sz w:val="15"/>
              </w:rPr>
              <w:t>shkurt</w:t>
            </w:r>
            <w:proofErr w:type="spellEnd"/>
            <w:r>
              <w:rPr>
                <w:b/>
                <w:color w:val="111111"/>
                <w:sz w:val="15"/>
              </w:rPr>
              <w:t xml:space="preserve"> 2026</w:t>
            </w:r>
          </w:p>
          <w:p w14:paraId="36CA6B6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Analysis of </w:t>
            </w:r>
            <w:proofErr w:type="spellStart"/>
            <w:r>
              <w:rPr>
                <w:i/>
                <w:color w:val="555555"/>
                <w:sz w:val="14"/>
              </w:rPr>
              <w:t>Uroculture</w:t>
            </w:r>
            <w:proofErr w:type="spellEnd"/>
            <w:r>
              <w:rPr>
                <w:i/>
                <w:color w:val="555555"/>
                <w:sz w:val="14"/>
              </w:rPr>
              <w:t xml:space="preserve"> Results at the National Institute of Public Health of Kosovo During the Period January–February 2026</w:t>
            </w:r>
          </w:p>
        </w:tc>
      </w:tr>
      <w:tr w:rsidR="00040F6C" w14:paraId="51A00C1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AFBE83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11:30–11:40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D07620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Lira Ahmeti, Rina Hoxha</w:t>
            </w:r>
          </w:p>
          <w:p w14:paraId="6F48E2FC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Lidhja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ndërmjet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pirjes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duhanit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ashpërsisë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sëmundjes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arterieve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koronare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infarkt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akut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miokardit</w:t>
            </w:r>
            <w:proofErr w:type="spellEnd"/>
          </w:p>
          <w:p w14:paraId="5A38D714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Association Between Smoking and the Severity of Coronary Artery Disease in Patients with Acute Myocardial Infarction</w:t>
            </w:r>
          </w:p>
        </w:tc>
      </w:tr>
      <w:tr w:rsidR="00040F6C" w14:paraId="2AE27F1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3FC581A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11:40–11:50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2CC8217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Morea Muhaxhiri, Merita Berisha, Florie Miftari Basholli</w:t>
            </w:r>
          </w:p>
          <w:p w14:paraId="7AA75902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Roli i </w:t>
            </w:r>
            <w:proofErr w:type="spellStart"/>
            <w:r>
              <w:rPr>
                <w:b/>
                <w:color w:val="111111"/>
                <w:sz w:val="15"/>
              </w:rPr>
              <w:t>analizave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laboratorike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caktimin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toksicitetit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trajtimeve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onkologjike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 (</w:t>
            </w:r>
            <w:proofErr w:type="spellStart"/>
            <w:r>
              <w:rPr>
                <w:b/>
                <w:color w:val="111111"/>
                <w:sz w:val="15"/>
              </w:rPr>
              <w:t>janar</w:t>
            </w:r>
            <w:proofErr w:type="spellEnd"/>
            <w:r>
              <w:rPr>
                <w:b/>
                <w:color w:val="111111"/>
                <w:sz w:val="15"/>
              </w:rPr>
              <w:t>–</w:t>
            </w:r>
            <w:proofErr w:type="spellStart"/>
            <w:r>
              <w:rPr>
                <w:b/>
                <w:color w:val="111111"/>
                <w:sz w:val="15"/>
              </w:rPr>
              <w:t>shtator</w:t>
            </w:r>
            <w:proofErr w:type="spellEnd"/>
            <w:r>
              <w:rPr>
                <w:b/>
                <w:color w:val="111111"/>
                <w:sz w:val="15"/>
              </w:rPr>
              <w:t xml:space="preserve"> 2025)</w:t>
            </w:r>
          </w:p>
          <w:p w14:paraId="010EABD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Role of Laboratory Analyses in Determining Toxicity During Oncological Treatments (January–September 2025)</w:t>
            </w:r>
          </w:p>
        </w:tc>
      </w:tr>
      <w:tr w:rsidR="00040F6C" w14:paraId="2D32D53A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E31789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11:50–12:00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AECB7F3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Lum Hoti, Rina Hoxha, </w:t>
            </w:r>
            <w:proofErr w:type="spellStart"/>
            <w:r>
              <w:rPr>
                <w:b/>
                <w:color w:val="1F1F1F"/>
                <w:sz w:val="15"/>
              </w:rPr>
              <w:t>Mejreme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Bajçinovci</w:t>
            </w:r>
            <w:proofErr w:type="spellEnd"/>
          </w:p>
          <w:p w14:paraId="4659BB2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Efekti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vizualizimit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informacionit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gjeneruar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nga</w:t>
            </w:r>
            <w:proofErr w:type="spellEnd"/>
            <w:r>
              <w:rPr>
                <w:b/>
                <w:color w:val="111111"/>
                <w:sz w:val="15"/>
              </w:rPr>
              <w:t xml:space="preserve"> Large Language Models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kuptimin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materialit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mësimor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</w:p>
          <w:p w14:paraId="7B6D5A6C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Effect of Large Language Model-Generated Information Visualization on the Comprehension of Learning Material Among Medical Students</w:t>
            </w:r>
          </w:p>
        </w:tc>
      </w:tr>
      <w:tr w:rsidR="00040F6C" w14:paraId="24084FF2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22ACC7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12:00–12:10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EF1D1A3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Dia Halili, Rina Hoxha, Fatime Ukaj</w:t>
            </w:r>
          </w:p>
          <w:p w14:paraId="6E0411BC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Analiza e </w:t>
            </w:r>
            <w:proofErr w:type="spellStart"/>
            <w:r>
              <w:rPr>
                <w:b/>
                <w:color w:val="111111"/>
                <w:sz w:val="15"/>
              </w:rPr>
              <w:t>shprehive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vizuale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nevoja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korrigjim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optik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Përgjithshme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Fakultetin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Universitetin</w:t>
            </w:r>
            <w:proofErr w:type="spellEnd"/>
            <w:r>
              <w:rPr>
                <w:b/>
                <w:color w:val="111111"/>
                <w:sz w:val="15"/>
              </w:rPr>
              <w:t xml:space="preserve"> e Prishtinës</w:t>
            </w:r>
          </w:p>
          <w:p w14:paraId="2D2949FE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Analysis of Visual Habits and the Need for Optical Correction Among General Medicine Students at the Faculty of Medicine, University of Prishtina</w:t>
            </w:r>
          </w:p>
        </w:tc>
      </w:tr>
      <w:tr w:rsidR="00040F6C" w14:paraId="1593CFA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DEFB30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12:10–12:20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FB3212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Anduena Beqiri, Merita Berisha, Florie Miftari Basholli</w:t>
            </w:r>
          </w:p>
          <w:p w14:paraId="360ABAE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Përdorimi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barërave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kundër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dhimbjes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vetë-mjekim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nxënësit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gjimnazit</w:t>
            </w:r>
            <w:proofErr w:type="spellEnd"/>
            <w:r>
              <w:rPr>
                <w:b/>
                <w:color w:val="111111"/>
                <w:sz w:val="15"/>
              </w:rPr>
              <w:t xml:space="preserve"> “Eqrem </w:t>
            </w:r>
            <w:proofErr w:type="spellStart"/>
            <w:r>
              <w:rPr>
                <w:b/>
                <w:color w:val="111111"/>
                <w:sz w:val="15"/>
              </w:rPr>
              <w:t>Çabej</w:t>
            </w:r>
            <w:proofErr w:type="spellEnd"/>
            <w:r>
              <w:rPr>
                <w:b/>
                <w:color w:val="111111"/>
                <w:sz w:val="15"/>
              </w:rPr>
              <w:t xml:space="preserve">”, </w:t>
            </w:r>
            <w:proofErr w:type="spellStart"/>
            <w:r>
              <w:rPr>
                <w:b/>
                <w:color w:val="111111"/>
                <w:sz w:val="15"/>
              </w:rPr>
              <w:t>Vushtrri</w:t>
            </w:r>
            <w:proofErr w:type="spellEnd"/>
          </w:p>
          <w:p w14:paraId="54B096BE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Use of Analgesic Medications for Self-Medication Among Students of the “Eqrem </w:t>
            </w:r>
            <w:proofErr w:type="spellStart"/>
            <w:r>
              <w:rPr>
                <w:i/>
                <w:color w:val="555555"/>
                <w:sz w:val="14"/>
              </w:rPr>
              <w:t>Çabej</w:t>
            </w:r>
            <w:proofErr w:type="spellEnd"/>
            <w:r>
              <w:rPr>
                <w:i/>
                <w:color w:val="555555"/>
                <w:sz w:val="14"/>
              </w:rPr>
              <w:t xml:space="preserve">” High School in </w:t>
            </w:r>
            <w:proofErr w:type="spellStart"/>
            <w:r>
              <w:rPr>
                <w:i/>
                <w:color w:val="555555"/>
                <w:sz w:val="14"/>
              </w:rPr>
              <w:t>Vushtrri</w:t>
            </w:r>
            <w:proofErr w:type="spellEnd"/>
          </w:p>
        </w:tc>
      </w:tr>
      <w:tr w:rsidR="00040F6C" w14:paraId="0A9EF4A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2928206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12:20–12:30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29931525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  <w:tr w:rsidR="00040F6C" w14:paraId="4E7AFB5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0F1D483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12:30–14:00</w:t>
            </w:r>
          </w:p>
        </w:tc>
        <w:tc>
          <w:tcPr>
            <w:tcW w:w="7800" w:type="dxa"/>
            <w:gridSpan w:val="3"/>
            <w:shd w:val="clear" w:color="auto" w:fill="A80610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71686F1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6"/>
              </w:rPr>
              <w:t>DREKA</w:t>
            </w:r>
          </w:p>
        </w:tc>
      </w:tr>
    </w:tbl>
    <w:p w14:paraId="5F09B3D7" w14:textId="26FD222B" w:rsidR="00040F6C" w:rsidRDefault="00096448">
      <w:r>
        <w:br/>
      </w:r>
    </w:p>
    <w:p w14:paraId="257F3234" w14:textId="77777777" w:rsidR="00096448" w:rsidRDefault="00096448"/>
    <w:p w14:paraId="270E0186" w14:textId="77777777" w:rsidR="00096448" w:rsidRDefault="00096448"/>
    <w:p w14:paraId="16751E08" w14:textId="77777777" w:rsidR="00096448" w:rsidRDefault="00096448"/>
    <w:p w14:paraId="79136C88" w14:textId="77777777" w:rsidR="00096448" w:rsidRDefault="00096448"/>
    <w:p w14:paraId="63B7D1A9" w14:textId="77777777" w:rsidR="00096448" w:rsidRDefault="00096448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76"/>
        <w:gridCol w:w="1746"/>
        <w:gridCol w:w="853"/>
        <w:gridCol w:w="2901"/>
      </w:tblGrid>
      <w:tr w:rsidR="00040F6C" w14:paraId="13D47C97" w14:textId="77777777">
        <w:trPr>
          <w:gridAfter w:val="2"/>
          <w:wAfter w:w="50" w:type="dxa"/>
          <w:jc w:val="center"/>
        </w:trPr>
        <w:tc>
          <w:tcPr>
            <w:tcW w:w="7000" w:type="dxa"/>
            <w:shd w:val="clear" w:color="auto" w:fill="A80610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12451A85" w14:textId="77777777" w:rsidR="00040F6C" w:rsidRDefault="00AA6299">
            <w:pPr>
              <w:spacing w:after="0" w:line="240" w:lineRule="auto"/>
            </w:pPr>
            <w:r>
              <w:rPr>
                <w:b/>
                <w:color w:val="FFFFFF"/>
                <w:sz w:val="20"/>
              </w:rPr>
              <w:t>SESIONI III</w:t>
            </w:r>
            <w:r>
              <w:br/>
            </w:r>
            <w:proofErr w:type="spellStart"/>
            <w:r>
              <w:rPr>
                <w:b/>
                <w:color w:val="FFFFFF"/>
                <w:sz w:val="16"/>
              </w:rPr>
              <w:t>Hapat</w:t>
            </w:r>
            <w:proofErr w:type="spellEnd"/>
            <w:r>
              <w:rPr>
                <w:b/>
                <w:color w:val="FFFFFF"/>
                <w:sz w:val="16"/>
              </w:rPr>
              <w:t xml:space="preserve"> e </w:t>
            </w:r>
            <w:proofErr w:type="spellStart"/>
            <w:r>
              <w:rPr>
                <w:b/>
                <w:color w:val="FFFFFF"/>
                <w:sz w:val="16"/>
              </w:rPr>
              <w:t>Parë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në</w:t>
            </w:r>
            <w:proofErr w:type="spellEnd"/>
            <w:r>
              <w:rPr>
                <w:b/>
                <w:color w:val="FFFFFF"/>
                <w:sz w:val="16"/>
              </w:rPr>
              <w:t xml:space="preserve"> </w:t>
            </w:r>
            <w:proofErr w:type="spellStart"/>
            <w:r>
              <w:rPr>
                <w:b/>
                <w:color w:val="FFFFFF"/>
                <w:sz w:val="16"/>
              </w:rPr>
              <w:t>Shkencë</w:t>
            </w:r>
            <w:proofErr w:type="spellEnd"/>
            <w:r>
              <w:rPr>
                <w:b/>
                <w:color w:val="FFFFFF"/>
                <w:sz w:val="16"/>
              </w:rPr>
              <w:t xml:space="preserve"> 2 / First Steps in Science 2</w:t>
            </w:r>
          </w:p>
        </w:tc>
        <w:tc>
          <w:tcPr>
            <w:tcW w:w="2100" w:type="dxa"/>
            <w:shd w:val="clear" w:color="auto" w:fill="1F1F1F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00172AE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9"/>
              </w:rPr>
              <w:t>14:00–15:40</w:t>
            </w:r>
          </w:p>
        </w:tc>
      </w:tr>
      <w:tr w:rsidR="00040F6C" w14:paraId="2A38C2AD" w14:textId="77777777">
        <w:trPr>
          <w:gridAfter w:val="1"/>
          <w:wAfter w:w="30" w:type="dxa"/>
          <w:jc w:val="center"/>
        </w:trPr>
        <w:tc>
          <w:tcPr>
            <w:tcW w:w="10376" w:type="dxa"/>
            <w:gridSpan w:val="3"/>
            <w:shd w:val="clear" w:color="auto" w:fill="F3F4F6"/>
            <w:tcMar>
              <w:top w:w="80" w:type="dxa"/>
              <w:left w:w="130" w:type="dxa"/>
              <w:bottom w:w="80" w:type="dxa"/>
              <w:right w:w="130" w:type="dxa"/>
            </w:tcMar>
          </w:tcPr>
          <w:p w14:paraId="59BC5C96" w14:textId="77777777" w:rsidR="00040F6C" w:rsidRDefault="00AA6299">
            <w:pPr>
              <w:spacing w:after="0" w:line="240" w:lineRule="auto"/>
            </w:pPr>
            <w:proofErr w:type="spellStart"/>
            <w:r>
              <w:rPr>
                <w:color w:val="1F1F1F"/>
                <w:sz w:val="15"/>
              </w:rPr>
              <w:t>Moderatorët</w:t>
            </w:r>
            <w:proofErr w:type="spellEnd"/>
            <w:r>
              <w:rPr>
                <w:color w:val="1F1F1F"/>
                <w:sz w:val="15"/>
              </w:rPr>
              <w:t xml:space="preserve">: Rina Hoxha, Valbona Zhjeqi, </w:t>
            </w:r>
            <w:proofErr w:type="spellStart"/>
            <w:r>
              <w:rPr>
                <w:color w:val="1F1F1F"/>
                <w:sz w:val="15"/>
              </w:rPr>
              <w:t>Samire</w:t>
            </w:r>
            <w:proofErr w:type="spellEnd"/>
            <w:r>
              <w:rPr>
                <w:color w:val="1F1F1F"/>
                <w:sz w:val="15"/>
              </w:rPr>
              <w:t xml:space="preserve"> </w:t>
            </w:r>
            <w:proofErr w:type="spellStart"/>
            <w:r>
              <w:rPr>
                <w:color w:val="1F1F1F"/>
                <w:sz w:val="15"/>
              </w:rPr>
              <w:t>Beqaj</w:t>
            </w:r>
            <w:proofErr w:type="spellEnd"/>
            <w:r>
              <w:rPr>
                <w:color w:val="1F1F1F"/>
                <w:sz w:val="15"/>
              </w:rPr>
              <w:t>, Rrezarta Bajrami, Jona Murtezi</w:t>
            </w:r>
          </w:p>
        </w:tc>
      </w:tr>
      <w:tr w:rsidR="00040F6C" w14:paraId="6D19951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1400" w:type="dxa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5E91227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ORA</w:t>
            </w:r>
          </w:p>
        </w:tc>
        <w:tc>
          <w:tcPr>
            <w:tcW w:w="7800" w:type="dxa"/>
            <w:gridSpan w:val="3"/>
            <w:shd w:val="clear" w:color="auto" w:fill="1F1F1F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00E505B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PREZANTIMI / TITULLI</w:t>
            </w:r>
          </w:p>
        </w:tc>
      </w:tr>
      <w:tr w:rsidR="00040F6C" w14:paraId="4C58234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97ABD5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14:00–14:10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4BDF04B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Adris Eshref Biçaku, Rina Hoxha, Fatime Ukaj</w:t>
            </w:r>
          </w:p>
          <w:p w14:paraId="45B8509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Efikasiteti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cilësia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metodologjike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modeleve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inteligjencës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artificiale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radiologji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shqyrtim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literaturës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aktuale</w:t>
            </w:r>
            <w:proofErr w:type="spellEnd"/>
          </w:p>
          <w:p w14:paraId="4AF8F83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Efficiency and Methodological Quality of Artificial Intelligence Models in Radiology: A Review of the Current Literature</w:t>
            </w:r>
          </w:p>
        </w:tc>
      </w:tr>
      <w:tr w:rsidR="00040F6C" w14:paraId="1A544919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C4D98C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14:10–14:20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7EB0985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Harisa Krasniqi, Merita Berisha, Florie Miftari Basholli</w:t>
            </w:r>
          </w:p>
          <w:p w14:paraId="0ED91DA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Vetëmjekimi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antibiotikë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universitarë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Fakultetin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</w:p>
          <w:p w14:paraId="3A52ECD4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Self-Medication with Antibiotics Among University Students at the Faculty of Medicine</w:t>
            </w:r>
          </w:p>
        </w:tc>
      </w:tr>
      <w:tr w:rsidR="00040F6C" w14:paraId="055AF4E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2E8513E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14:20–14:30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25889BC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Rajanë</w:t>
            </w:r>
            <w:proofErr w:type="spellEnd"/>
            <w:r>
              <w:rPr>
                <w:b/>
                <w:color w:val="1F1F1F"/>
                <w:sz w:val="15"/>
              </w:rPr>
              <w:t xml:space="preserve"> Sopi, Sanije Hoxha-Gashi, </w:t>
            </w:r>
            <w:proofErr w:type="spellStart"/>
            <w:r>
              <w:rPr>
                <w:b/>
                <w:color w:val="1F1F1F"/>
                <w:sz w:val="15"/>
              </w:rPr>
              <w:t>Mejreme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Bajqinovci</w:t>
            </w:r>
            <w:proofErr w:type="spellEnd"/>
          </w:p>
          <w:p w14:paraId="59A8D9D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Konsumimi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ushqimit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shpejtë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problemet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gastrointestinale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Fakultetit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</w:p>
          <w:p w14:paraId="3DB9360A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Fast Food Consumption and Gastrointestinal Problems Among Faculty of Medicine Students</w:t>
            </w:r>
          </w:p>
        </w:tc>
      </w:tr>
      <w:tr w:rsidR="00040F6C" w14:paraId="6FF90934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D72F30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14:30–14:40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DE21F99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Blend Hajzeraj, Merita Berisha, Florie Miftari Basholli</w:t>
            </w:r>
          </w:p>
          <w:p w14:paraId="36E2F21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Krahasimi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kohës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lirë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mënyrës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shfrytëzimit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saj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Fakultetit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</w:p>
          <w:p w14:paraId="3B6D6CF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Comparison of Free Time and Its Utilization Among Faculty of Medicine Students</w:t>
            </w:r>
          </w:p>
        </w:tc>
      </w:tr>
      <w:tr w:rsidR="00040F6C" w14:paraId="252D3B75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FE2FDD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14:40–14:50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22FDA06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Anila Sula, Rina Hoxha, </w:t>
            </w:r>
            <w:proofErr w:type="spellStart"/>
            <w:r>
              <w:rPr>
                <w:b/>
                <w:color w:val="1F1F1F"/>
                <w:sz w:val="15"/>
              </w:rPr>
              <w:t>Mejreme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Bajçinovci</w:t>
            </w:r>
            <w:proofErr w:type="spellEnd"/>
          </w:p>
          <w:p w14:paraId="00CBDA4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Vlerësimi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prevalencës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stresit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vitit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parë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Fakultetit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Mjekësisë, </w:t>
            </w:r>
            <w:proofErr w:type="spellStart"/>
            <w:r>
              <w:rPr>
                <w:b/>
                <w:color w:val="111111"/>
                <w:sz w:val="15"/>
              </w:rPr>
              <w:t>Universitetit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Prishtinës “Hasan Prishtina”</w:t>
            </w:r>
          </w:p>
          <w:p w14:paraId="2781447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Assessment of the Prevalence of Stress Among First-Year Students of the Faculty of Medicine, University of Prishtina “Hasan Prishtina”</w:t>
            </w:r>
          </w:p>
        </w:tc>
      </w:tr>
      <w:tr w:rsidR="00040F6C" w14:paraId="73BAC9D1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34ECC36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14:50–15:00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10FD0781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Leona Leka, Rina Hoxha, </w:t>
            </w:r>
            <w:proofErr w:type="spellStart"/>
            <w:r>
              <w:rPr>
                <w:b/>
                <w:color w:val="1F1F1F"/>
                <w:sz w:val="15"/>
              </w:rPr>
              <w:t>Mejreme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Bajçinovci</w:t>
            </w:r>
            <w:proofErr w:type="spellEnd"/>
          </w:p>
          <w:p w14:paraId="56158D6B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Balancimi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jetës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akademike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personale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Fakultetit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Mjekësisë, </w:t>
            </w:r>
            <w:proofErr w:type="spellStart"/>
            <w:r>
              <w:rPr>
                <w:b/>
                <w:color w:val="111111"/>
                <w:sz w:val="15"/>
              </w:rPr>
              <w:t>Universitetit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Prishtinës “Hasan Prishtina”</w:t>
            </w:r>
          </w:p>
          <w:p w14:paraId="13DF2C7F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Balancing Academic and Personal Life Among Students of the Faculty of Medicine, University of Prishtina “Hasan Prishtina”</w:t>
            </w:r>
          </w:p>
        </w:tc>
      </w:tr>
      <w:tr w:rsidR="00040F6C" w14:paraId="06230FD3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5FDD544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15:00–15:10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48F723A6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Enisa</w:t>
            </w:r>
            <w:proofErr w:type="spellEnd"/>
            <w:r>
              <w:rPr>
                <w:b/>
                <w:color w:val="1F1F1F"/>
                <w:sz w:val="15"/>
              </w:rPr>
              <w:t xml:space="preserve"> Gashi, Merita Berisha, Florie Miftari Basholli</w:t>
            </w:r>
          </w:p>
          <w:p w14:paraId="4C1F7ACF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Niveli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informimit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studentëve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vitit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parë</w:t>
            </w:r>
            <w:proofErr w:type="spellEnd"/>
            <w:r>
              <w:rPr>
                <w:b/>
                <w:color w:val="111111"/>
                <w:sz w:val="15"/>
              </w:rPr>
              <w:t xml:space="preserve"> për </w:t>
            </w:r>
            <w:proofErr w:type="spellStart"/>
            <w:r>
              <w:rPr>
                <w:b/>
                <w:color w:val="111111"/>
                <w:sz w:val="15"/>
              </w:rPr>
              <w:t>Çrregullimin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Hiperaktivitetit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Mungesës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Vëmendjes</w:t>
            </w:r>
            <w:proofErr w:type="spellEnd"/>
            <w:r>
              <w:rPr>
                <w:b/>
                <w:color w:val="111111"/>
                <w:sz w:val="15"/>
              </w:rPr>
              <w:t xml:space="preserve"> (ADHD)</w:t>
            </w:r>
          </w:p>
          <w:p w14:paraId="6EB7396D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Level of Awareness Among First-Year Students Regarding Attention Deficit Hyperactivity Disorder (ADHD)</w:t>
            </w:r>
          </w:p>
        </w:tc>
      </w:tr>
      <w:tr w:rsidR="00040F6C" w14:paraId="2C199222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A22C3A2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15:10–15:20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2B7D73E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Anila Cakolli, Florie Miftari-Basholli</w:t>
            </w:r>
          </w:p>
          <w:p w14:paraId="11C96AF9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Zakonet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ushqyerjes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studentët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përgjithshme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afateve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provimeve</w:t>
            </w:r>
            <w:proofErr w:type="spellEnd"/>
          </w:p>
          <w:p w14:paraId="7719994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Eating Habits of General Medicine Students During Examination Periods</w:t>
            </w:r>
          </w:p>
        </w:tc>
      </w:tr>
      <w:tr w:rsidR="00040F6C" w14:paraId="7AC4C85D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jc w:val="center"/>
        </w:trPr>
        <w:tc>
          <w:tcPr>
            <w:tcW w:w="1400" w:type="dxa"/>
            <w:shd w:val="clear" w:color="auto" w:fill="FAFAFA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6C07E05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15:20–15:30</w:t>
            </w:r>
          </w:p>
        </w:tc>
        <w:tc>
          <w:tcPr>
            <w:tcW w:w="7800" w:type="dxa"/>
            <w:gridSpan w:val="3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05356596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Vesa </w:t>
            </w:r>
            <w:proofErr w:type="spellStart"/>
            <w:r>
              <w:rPr>
                <w:b/>
                <w:color w:val="1F1F1F"/>
                <w:sz w:val="15"/>
              </w:rPr>
              <w:t>Ibishi</w:t>
            </w:r>
            <w:proofErr w:type="spellEnd"/>
            <w:r>
              <w:rPr>
                <w:b/>
                <w:color w:val="1F1F1F"/>
                <w:sz w:val="15"/>
              </w:rPr>
              <w:t>, Merita Berisha, Florie Miftari Basholli</w:t>
            </w:r>
          </w:p>
          <w:p w14:paraId="6C86DD2B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Njohuritë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prindërve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rreth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vaksinimit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parandalimin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sëmundjeve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ngjitëse</w:t>
            </w:r>
            <w:proofErr w:type="spellEnd"/>
          </w:p>
          <w:p w14:paraId="0CDFA4DF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Parents’ Knowledge About Vaccination in the Prevention of Communicable Diseases</w:t>
            </w:r>
          </w:p>
        </w:tc>
      </w:tr>
      <w:tr w:rsidR="00040F6C" w14:paraId="238E9AF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14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6A479151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5"/>
              </w:rPr>
              <w:t>15:30–15:40</w:t>
            </w:r>
          </w:p>
        </w:tc>
        <w:tc>
          <w:tcPr>
            <w:tcW w:w="7800" w:type="dxa"/>
            <w:gridSpan w:val="3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  <w:vAlign w:val="center"/>
          </w:tcPr>
          <w:p w14:paraId="569EC23E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1F1F1F"/>
                <w:sz w:val="16"/>
              </w:rPr>
              <w:t>DISKUTIM</w:t>
            </w:r>
          </w:p>
        </w:tc>
      </w:tr>
    </w:tbl>
    <w:p w14:paraId="30DCCD47" w14:textId="77777777" w:rsidR="00040F6C" w:rsidRDefault="00040F6C"/>
    <w:p w14:paraId="21BBEFD1" w14:textId="77777777" w:rsidR="00040F6C" w:rsidRDefault="00AA6299">
      <w:r>
        <w:br w:type="page"/>
      </w:r>
    </w:p>
    <w:p w14:paraId="41EBE24B" w14:textId="77777777" w:rsidR="00040F6C" w:rsidRDefault="00AA6299" w:rsidP="00FE0602">
      <w:pPr>
        <w:pBdr>
          <w:bottom w:val="single" w:sz="8" w:space="4" w:color="A80610"/>
        </w:pBdr>
        <w:spacing w:before="160" w:after="40" w:line="240" w:lineRule="auto"/>
        <w:jc w:val="center"/>
      </w:pPr>
      <w:r>
        <w:rPr>
          <w:b/>
          <w:caps/>
          <w:color w:val="A80610"/>
          <w:sz w:val="30"/>
        </w:rPr>
        <w:t>POSTERËT</w:t>
      </w:r>
    </w:p>
    <w:p w14:paraId="11552806" w14:textId="77777777" w:rsidR="00040F6C" w:rsidRDefault="00AA6299">
      <w:pPr>
        <w:spacing w:after="120" w:line="240" w:lineRule="auto"/>
      </w:pPr>
      <w:r>
        <w:rPr>
          <w:b/>
          <w:color w:val="1F1F1F"/>
        </w:rPr>
        <w:t>(</w:t>
      </w:r>
      <w:proofErr w:type="spellStart"/>
      <w:r>
        <w:rPr>
          <w:b/>
          <w:color w:val="1F1F1F"/>
        </w:rPr>
        <w:t>vendosen</w:t>
      </w:r>
      <w:proofErr w:type="spellEnd"/>
      <w:r>
        <w:rPr>
          <w:b/>
          <w:color w:val="1F1F1F"/>
        </w:rPr>
        <w:t xml:space="preserve"> </w:t>
      </w:r>
      <w:proofErr w:type="spellStart"/>
      <w:r>
        <w:rPr>
          <w:b/>
          <w:color w:val="1F1F1F"/>
        </w:rPr>
        <w:t>në</w:t>
      </w:r>
      <w:proofErr w:type="spellEnd"/>
      <w:r>
        <w:rPr>
          <w:b/>
          <w:color w:val="1F1F1F"/>
        </w:rPr>
        <w:t xml:space="preserve"> </w:t>
      </w:r>
      <w:proofErr w:type="spellStart"/>
      <w:r>
        <w:rPr>
          <w:b/>
          <w:color w:val="1F1F1F"/>
        </w:rPr>
        <w:t>orën</w:t>
      </w:r>
      <w:proofErr w:type="spellEnd"/>
      <w:r>
        <w:rPr>
          <w:b/>
          <w:color w:val="1F1F1F"/>
        </w:rPr>
        <w:t xml:space="preserve"> 8:00; </w:t>
      </w:r>
      <w:proofErr w:type="spellStart"/>
      <w:r>
        <w:rPr>
          <w:b/>
          <w:color w:val="1F1F1F"/>
        </w:rPr>
        <w:t>diskutohen</w:t>
      </w:r>
      <w:proofErr w:type="spellEnd"/>
      <w:r>
        <w:rPr>
          <w:b/>
          <w:color w:val="1F1F1F"/>
        </w:rPr>
        <w:t xml:space="preserve"> </w:t>
      </w:r>
      <w:proofErr w:type="spellStart"/>
      <w:r>
        <w:rPr>
          <w:b/>
          <w:color w:val="1F1F1F"/>
        </w:rPr>
        <w:t>në</w:t>
      </w:r>
      <w:proofErr w:type="spellEnd"/>
      <w:r>
        <w:rPr>
          <w:b/>
          <w:color w:val="1F1F1F"/>
        </w:rPr>
        <w:t xml:space="preserve"> </w:t>
      </w:r>
      <w:proofErr w:type="spellStart"/>
      <w:r>
        <w:rPr>
          <w:b/>
          <w:color w:val="1F1F1F"/>
        </w:rPr>
        <w:t>orën</w:t>
      </w:r>
      <w:proofErr w:type="spellEnd"/>
      <w:r>
        <w:rPr>
          <w:b/>
          <w:color w:val="1F1F1F"/>
        </w:rPr>
        <w:t xml:space="preserve"> 12:30–13:00)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99"/>
        <w:gridCol w:w="9557"/>
        <w:gridCol w:w="20"/>
      </w:tblGrid>
      <w:tr w:rsidR="00040F6C" w14:paraId="45174861" w14:textId="77777777" w:rsidTr="00FE42D9">
        <w:trPr>
          <w:gridAfter w:val="1"/>
          <w:wAfter w:w="20" w:type="dxa"/>
          <w:jc w:val="center"/>
        </w:trPr>
        <w:tc>
          <w:tcPr>
            <w:tcW w:w="10356" w:type="dxa"/>
            <w:gridSpan w:val="2"/>
            <w:shd w:val="clear" w:color="auto" w:fill="1F1F1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AED1A5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FFFFFF"/>
                <w:sz w:val="16"/>
              </w:rPr>
              <w:t>Diskutantët</w:t>
            </w:r>
            <w:proofErr w:type="spellEnd"/>
            <w:r>
              <w:rPr>
                <w:b/>
                <w:color w:val="FFFFFF"/>
                <w:sz w:val="16"/>
              </w:rPr>
              <w:t xml:space="preserve">: Valdete Haxhibeqiri, Arjeta </w:t>
            </w:r>
            <w:proofErr w:type="spellStart"/>
            <w:r>
              <w:rPr>
                <w:b/>
                <w:color w:val="FFFFFF"/>
                <w:sz w:val="16"/>
              </w:rPr>
              <w:t>Podrimaj</w:t>
            </w:r>
            <w:proofErr w:type="spellEnd"/>
            <w:r>
              <w:rPr>
                <w:b/>
                <w:color w:val="FFFFFF"/>
                <w:sz w:val="16"/>
              </w:rPr>
              <w:t>, Artina Pajaziti</w:t>
            </w:r>
          </w:p>
        </w:tc>
      </w:tr>
      <w:tr w:rsidR="00040F6C" w14:paraId="33E4EEB2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799" w:type="dxa"/>
            <w:shd w:val="clear" w:color="auto" w:fill="A8061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40787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Nr.</w:t>
            </w:r>
          </w:p>
        </w:tc>
        <w:tc>
          <w:tcPr>
            <w:tcW w:w="9577" w:type="dxa"/>
            <w:gridSpan w:val="2"/>
            <w:shd w:val="clear" w:color="auto" w:fill="A8061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95B700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Autori/</w:t>
            </w:r>
            <w:proofErr w:type="spellStart"/>
            <w:r>
              <w:rPr>
                <w:b/>
                <w:color w:val="FFFFFF"/>
                <w:sz w:val="15"/>
              </w:rPr>
              <w:t>ët</w:t>
            </w:r>
            <w:proofErr w:type="spellEnd"/>
            <w:r>
              <w:rPr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dhe</w:t>
            </w:r>
            <w:proofErr w:type="spellEnd"/>
            <w:r>
              <w:rPr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titulli</w:t>
            </w:r>
            <w:proofErr w:type="spellEnd"/>
          </w:p>
        </w:tc>
      </w:tr>
      <w:tr w:rsidR="00040F6C" w14:paraId="1C3DA729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0A5E0B4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26AA4284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Csákány Olivér, </w:t>
            </w:r>
            <w:proofErr w:type="spellStart"/>
            <w:r>
              <w:rPr>
                <w:b/>
                <w:color w:val="1F1F1F"/>
                <w:sz w:val="15"/>
              </w:rPr>
              <w:t>Zsombori</w:t>
            </w:r>
            <w:proofErr w:type="spellEnd"/>
            <w:r>
              <w:rPr>
                <w:b/>
                <w:color w:val="1F1F1F"/>
                <w:sz w:val="15"/>
              </w:rPr>
              <w:t xml:space="preserve"> Zalán, Nemes Szilárd Ábel, </w:t>
            </w:r>
            <w:proofErr w:type="spellStart"/>
            <w:r>
              <w:rPr>
                <w:b/>
                <w:color w:val="1F1F1F"/>
                <w:sz w:val="15"/>
              </w:rPr>
              <w:t>Sită</w:t>
            </w:r>
            <w:proofErr w:type="spellEnd"/>
            <w:r>
              <w:rPr>
                <w:b/>
                <w:color w:val="1F1F1F"/>
                <w:sz w:val="15"/>
              </w:rPr>
              <w:t xml:space="preserve"> Dávid, Fejér Szilárd</w:t>
            </w:r>
          </w:p>
          <w:p w14:paraId="6CC695CC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>Investigation of the Interaction Between Sodium Cyclamate and Gentamicin Against Multidrug-Resistant and Non-Multidrug-Resistant Klebsiella pneumoniae Strains Using Checkerboard Microdilution Assay</w:t>
            </w:r>
          </w:p>
          <w:p w14:paraId="196D96C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i/>
                <w:color w:val="555555"/>
                <w:sz w:val="14"/>
              </w:rPr>
              <w:t>Hulumtimi</w:t>
            </w:r>
            <w:proofErr w:type="spellEnd"/>
            <w:r>
              <w:rPr>
                <w:i/>
                <w:color w:val="555555"/>
                <w:sz w:val="14"/>
              </w:rPr>
              <w:t xml:space="preserve"> i </w:t>
            </w:r>
            <w:proofErr w:type="spellStart"/>
            <w:r>
              <w:rPr>
                <w:i/>
                <w:color w:val="555555"/>
                <w:sz w:val="14"/>
              </w:rPr>
              <w:t>ndërveprimit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ndërmjet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ciklamatit</w:t>
            </w:r>
            <w:proofErr w:type="spellEnd"/>
            <w:r>
              <w:rPr>
                <w:i/>
                <w:color w:val="555555"/>
                <w:sz w:val="14"/>
              </w:rPr>
              <w:t xml:space="preserve"> të </w:t>
            </w:r>
            <w:proofErr w:type="spellStart"/>
            <w:r>
              <w:rPr>
                <w:i/>
                <w:color w:val="555555"/>
                <w:sz w:val="14"/>
              </w:rPr>
              <w:t>natriumit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dhe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gentamicinës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kundër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shtameve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multirezistente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dhe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jomultirezistente</w:t>
            </w:r>
            <w:proofErr w:type="spellEnd"/>
            <w:r>
              <w:rPr>
                <w:i/>
                <w:color w:val="555555"/>
                <w:sz w:val="14"/>
              </w:rPr>
              <w:t xml:space="preserve"> të Klebsiella pneumoniae duke </w:t>
            </w:r>
            <w:proofErr w:type="spellStart"/>
            <w:r>
              <w:rPr>
                <w:i/>
                <w:color w:val="555555"/>
                <w:sz w:val="14"/>
              </w:rPr>
              <w:t>përdorur</w:t>
            </w:r>
            <w:proofErr w:type="spellEnd"/>
            <w:r>
              <w:rPr>
                <w:i/>
                <w:color w:val="555555"/>
                <w:sz w:val="14"/>
              </w:rPr>
              <w:t xml:space="preserve"> </w:t>
            </w:r>
            <w:proofErr w:type="spellStart"/>
            <w:r>
              <w:rPr>
                <w:i/>
                <w:color w:val="555555"/>
                <w:sz w:val="14"/>
              </w:rPr>
              <w:t>metodën</w:t>
            </w:r>
            <w:proofErr w:type="spellEnd"/>
            <w:r>
              <w:rPr>
                <w:i/>
                <w:color w:val="555555"/>
                <w:sz w:val="14"/>
              </w:rPr>
              <w:t xml:space="preserve"> Checkerboard Microdilution Assay</w:t>
            </w:r>
          </w:p>
        </w:tc>
      </w:tr>
      <w:tr w:rsidR="00040F6C" w14:paraId="14B51607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4428E17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2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851B2B2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Sibora Guri</w:t>
            </w:r>
          </w:p>
          <w:p w14:paraId="4140FBD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përdorimit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mediave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sociale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shëndetin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mendor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studentëve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shkencave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mjekësore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një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rishikim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evidencave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epidemiologjike</w:t>
            </w:r>
            <w:proofErr w:type="spellEnd"/>
          </w:p>
          <w:p w14:paraId="7509D17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Impact of Social Media Use on the Mental Health of Medical Sciences Students: A Review of Epidemiological Evidence</w:t>
            </w:r>
          </w:p>
        </w:tc>
      </w:tr>
      <w:tr w:rsidR="00040F6C" w14:paraId="2C694115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21AB7B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3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5607225A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Bleron Morina, </w:t>
            </w:r>
            <w:proofErr w:type="spellStart"/>
            <w:r>
              <w:rPr>
                <w:b/>
                <w:color w:val="1F1F1F"/>
                <w:sz w:val="15"/>
              </w:rPr>
              <w:t>Saemirë</w:t>
            </w:r>
            <w:proofErr w:type="spellEnd"/>
            <w:r>
              <w:rPr>
                <w:b/>
                <w:color w:val="1F1F1F"/>
                <w:sz w:val="15"/>
              </w:rPr>
              <w:t xml:space="preserve"> Olluri, Altina Aliu</w:t>
            </w:r>
          </w:p>
          <w:p w14:paraId="6ABDB0FC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Roli i </w:t>
            </w:r>
            <w:proofErr w:type="spellStart"/>
            <w:r>
              <w:rPr>
                <w:b/>
                <w:color w:val="111111"/>
                <w:sz w:val="15"/>
              </w:rPr>
              <w:t>biomarkerëve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inflamatorë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sëmundjet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kardiometabolike</w:t>
            </w:r>
            <w:proofErr w:type="spellEnd"/>
          </w:p>
          <w:p w14:paraId="0A3B9FAC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The Role of Inflammatory Biomarkers in Cardiometabolic Diseases</w:t>
            </w:r>
          </w:p>
        </w:tc>
      </w:tr>
      <w:tr w:rsidR="00040F6C" w14:paraId="36BA6C9A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5CF293ED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4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121C80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Erëza</w:t>
            </w:r>
            <w:proofErr w:type="spellEnd"/>
            <w:r>
              <w:rPr>
                <w:b/>
                <w:color w:val="1F1F1F"/>
                <w:sz w:val="15"/>
              </w:rPr>
              <w:t xml:space="preserve"> Cakolli, Hana Dragidella, Pranvera </w:t>
            </w:r>
            <w:proofErr w:type="spellStart"/>
            <w:r>
              <w:rPr>
                <w:b/>
                <w:color w:val="1F1F1F"/>
                <w:sz w:val="15"/>
              </w:rPr>
              <w:t>Harshova</w:t>
            </w:r>
            <w:proofErr w:type="spellEnd"/>
            <w:r>
              <w:rPr>
                <w:b/>
                <w:color w:val="1F1F1F"/>
                <w:sz w:val="15"/>
              </w:rPr>
              <w:t xml:space="preserve"> Hoxhaj</w:t>
            </w:r>
          </w:p>
          <w:p w14:paraId="6802D78E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Inteligjenca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Artificiale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Detektimin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Noduseve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Pulmonare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Rishikim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Sistematik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Performancës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Diagnostike</w:t>
            </w:r>
            <w:proofErr w:type="spellEnd"/>
          </w:p>
          <w:p w14:paraId="501452D4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Artificial Intelligence in Pulmonary Nodule Detection: A Systematic Review of Diagnostic Performance</w:t>
            </w:r>
          </w:p>
        </w:tc>
      </w:tr>
      <w:tr w:rsidR="00FE42D9" w14:paraId="51B80B58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D4DA884" w14:textId="1C4F78F3" w:rsidR="00FE42D9" w:rsidRDefault="008A0C6B" w:rsidP="00FE42D9">
            <w:pPr>
              <w:spacing w:after="20" w:line="240" w:lineRule="auto"/>
              <w:jc w:val="center"/>
              <w:rPr>
                <w:b/>
                <w:color w:val="A80610"/>
                <w:sz w:val="16"/>
              </w:rPr>
            </w:pPr>
            <w:r>
              <w:rPr>
                <w:b/>
                <w:color w:val="A80610"/>
                <w:sz w:val="16"/>
              </w:rPr>
              <w:t>5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D99F2E9" w14:textId="77777777" w:rsidR="00FE42D9" w:rsidRDefault="00FE42D9" w:rsidP="00FE42D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Shqiponjë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Plakaj</w:t>
            </w:r>
            <w:proofErr w:type="spellEnd"/>
            <w:r>
              <w:rPr>
                <w:b/>
                <w:color w:val="1F1F1F"/>
                <w:sz w:val="15"/>
              </w:rPr>
              <w:t xml:space="preserve">, Dea </w:t>
            </w:r>
            <w:proofErr w:type="spellStart"/>
            <w:r>
              <w:rPr>
                <w:b/>
                <w:color w:val="1F1F1F"/>
                <w:sz w:val="15"/>
              </w:rPr>
              <w:t>Llapashtica</w:t>
            </w:r>
            <w:proofErr w:type="spellEnd"/>
            <w:r>
              <w:rPr>
                <w:b/>
                <w:color w:val="1F1F1F"/>
                <w:sz w:val="15"/>
              </w:rPr>
              <w:t xml:space="preserve">, Dafina </w:t>
            </w:r>
            <w:proofErr w:type="spellStart"/>
            <w:r>
              <w:rPr>
                <w:b/>
                <w:color w:val="1F1F1F"/>
                <w:sz w:val="15"/>
              </w:rPr>
              <w:t>Luzha</w:t>
            </w:r>
            <w:proofErr w:type="spellEnd"/>
            <w:r>
              <w:rPr>
                <w:b/>
                <w:color w:val="1F1F1F"/>
                <w:sz w:val="15"/>
              </w:rPr>
              <w:t>, Merita Hashani</w:t>
            </w:r>
          </w:p>
          <w:p w14:paraId="66088891" w14:textId="77777777" w:rsidR="00FE42D9" w:rsidRDefault="00FE42D9" w:rsidP="00FE42D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Vlerësimi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gjetjeve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histopatologjike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 të Pap </w:t>
            </w:r>
            <w:proofErr w:type="spellStart"/>
            <w:r>
              <w:rPr>
                <w:b/>
                <w:color w:val="111111"/>
                <w:sz w:val="15"/>
              </w:rPr>
              <w:t>testit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Qendrat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Mjekësisë</w:t>
            </w:r>
            <w:proofErr w:type="spellEnd"/>
            <w:r>
              <w:rPr>
                <w:b/>
                <w:color w:val="111111"/>
                <w:sz w:val="15"/>
              </w:rPr>
              <w:t xml:space="preserve"> Familjare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Prishtinë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vitit</w:t>
            </w:r>
            <w:proofErr w:type="spellEnd"/>
            <w:r>
              <w:rPr>
                <w:b/>
                <w:color w:val="111111"/>
                <w:sz w:val="15"/>
              </w:rPr>
              <w:t xml:space="preserve"> 2025</w:t>
            </w:r>
          </w:p>
          <w:p w14:paraId="5746C9C9" w14:textId="706C1E28" w:rsidR="00FE42D9" w:rsidRDefault="00FE42D9" w:rsidP="00FE42D9">
            <w:pPr>
              <w:spacing w:after="20" w:line="240" w:lineRule="auto"/>
              <w:rPr>
                <w:b/>
                <w:color w:val="1F1F1F"/>
                <w:sz w:val="15"/>
              </w:rPr>
            </w:pPr>
            <w:r>
              <w:rPr>
                <w:i/>
                <w:color w:val="555555"/>
                <w:sz w:val="14"/>
              </w:rPr>
              <w:t>Assessment of Histopathological Findings in Patients Undergoing Pap Smear Screening at Family Medicine Centers in Pristina During 2025.</w:t>
            </w:r>
          </w:p>
        </w:tc>
      </w:tr>
    </w:tbl>
    <w:p w14:paraId="28E524C4" w14:textId="77777777" w:rsidR="00040F6C" w:rsidRDefault="00040F6C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99"/>
        <w:gridCol w:w="9557"/>
        <w:gridCol w:w="20"/>
      </w:tblGrid>
      <w:tr w:rsidR="00040F6C" w14:paraId="5F250A04" w14:textId="77777777" w:rsidTr="00FE42D9">
        <w:trPr>
          <w:gridAfter w:val="1"/>
          <w:wAfter w:w="20" w:type="dxa"/>
          <w:jc w:val="center"/>
        </w:trPr>
        <w:tc>
          <w:tcPr>
            <w:tcW w:w="10356" w:type="dxa"/>
            <w:gridSpan w:val="2"/>
            <w:shd w:val="clear" w:color="auto" w:fill="1F1F1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9C03E5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FFFFFF"/>
                <w:sz w:val="16"/>
              </w:rPr>
              <w:t>Diskutantët</w:t>
            </w:r>
            <w:proofErr w:type="spellEnd"/>
            <w:r>
              <w:rPr>
                <w:b/>
                <w:color w:val="FFFFFF"/>
                <w:sz w:val="16"/>
              </w:rPr>
              <w:t xml:space="preserve">: Brikena Daci-Elshani, Elvana </w:t>
            </w:r>
            <w:proofErr w:type="spellStart"/>
            <w:r>
              <w:rPr>
                <w:b/>
                <w:color w:val="FFFFFF"/>
                <w:sz w:val="16"/>
              </w:rPr>
              <w:t>Podvorica</w:t>
            </w:r>
            <w:proofErr w:type="spellEnd"/>
            <w:r>
              <w:rPr>
                <w:b/>
                <w:color w:val="FFFFFF"/>
                <w:sz w:val="16"/>
              </w:rPr>
              <w:t>, Rilind Syla</w:t>
            </w:r>
          </w:p>
        </w:tc>
      </w:tr>
      <w:tr w:rsidR="00040F6C" w14:paraId="5D9A9123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799" w:type="dxa"/>
            <w:shd w:val="clear" w:color="auto" w:fill="A8061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AFE1718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Nr.</w:t>
            </w:r>
          </w:p>
        </w:tc>
        <w:tc>
          <w:tcPr>
            <w:tcW w:w="9577" w:type="dxa"/>
            <w:gridSpan w:val="2"/>
            <w:shd w:val="clear" w:color="auto" w:fill="A8061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70C8ACD0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Autori/</w:t>
            </w:r>
            <w:proofErr w:type="spellStart"/>
            <w:r>
              <w:rPr>
                <w:b/>
                <w:color w:val="FFFFFF"/>
                <w:sz w:val="15"/>
              </w:rPr>
              <w:t>ët</w:t>
            </w:r>
            <w:proofErr w:type="spellEnd"/>
            <w:r>
              <w:rPr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dhe</w:t>
            </w:r>
            <w:proofErr w:type="spellEnd"/>
            <w:r>
              <w:rPr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titulli</w:t>
            </w:r>
            <w:proofErr w:type="spellEnd"/>
          </w:p>
        </w:tc>
      </w:tr>
      <w:tr w:rsidR="00040F6C" w14:paraId="01F31F3C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DBEC302" w14:textId="49505825" w:rsidR="00040F6C" w:rsidRDefault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6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A4BEEA7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Blert Jashari, Arianit Zajmi</w:t>
            </w:r>
          </w:p>
          <w:p w14:paraId="7E0F6F14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Virusi</w:t>
            </w:r>
            <w:proofErr w:type="spellEnd"/>
            <w:r>
              <w:rPr>
                <w:b/>
                <w:color w:val="111111"/>
                <w:sz w:val="15"/>
              </w:rPr>
              <w:t xml:space="preserve"> Epstein–Barr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Sklerozën Multiple: </w:t>
            </w:r>
            <w:proofErr w:type="spellStart"/>
            <w:r>
              <w:rPr>
                <w:b/>
                <w:color w:val="111111"/>
                <w:sz w:val="15"/>
              </w:rPr>
              <w:t>Agjent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Shkaktar</w:t>
            </w:r>
            <w:proofErr w:type="spellEnd"/>
            <w:r>
              <w:rPr>
                <w:b/>
                <w:color w:val="111111"/>
                <w:sz w:val="15"/>
              </w:rPr>
              <w:t xml:space="preserve"> apo Kofaktor i </w:t>
            </w:r>
            <w:proofErr w:type="spellStart"/>
            <w:r>
              <w:rPr>
                <w:b/>
                <w:color w:val="111111"/>
                <w:sz w:val="15"/>
              </w:rPr>
              <w:t>Domosdoshëm</w:t>
            </w:r>
            <w:proofErr w:type="spellEnd"/>
          </w:p>
          <w:p w14:paraId="3125607B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Epstein–Barr Virus in Multiple Sclerosis: Causative Agent or Necessary Cofactor?</w:t>
            </w:r>
          </w:p>
        </w:tc>
      </w:tr>
      <w:tr w:rsidR="00040F6C" w14:paraId="7B37753E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701FE63" w14:textId="44D56354" w:rsidR="00040F6C" w:rsidRDefault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7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528901A5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Blert Jashari, Dardan Lajqi, Gentian Hoxha</w:t>
            </w:r>
          </w:p>
          <w:p w14:paraId="6D10F41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Ekspozimi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ndaj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dritës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blu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ekranet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digjitale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kërcënim</w:t>
            </w:r>
            <w:proofErr w:type="spellEnd"/>
            <w:r>
              <w:rPr>
                <w:b/>
                <w:color w:val="111111"/>
                <w:sz w:val="15"/>
              </w:rPr>
              <w:t xml:space="preserve"> real </w:t>
            </w:r>
            <w:proofErr w:type="spellStart"/>
            <w:r>
              <w:rPr>
                <w:b/>
                <w:color w:val="111111"/>
                <w:sz w:val="15"/>
              </w:rPr>
              <w:t>oftalmologjik</w:t>
            </w:r>
            <w:proofErr w:type="spellEnd"/>
            <w:r>
              <w:rPr>
                <w:b/>
                <w:color w:val="111111"/>
                <w:sz w:val="15"/>
              </w:rPr>
              <w:t xml:space="preserve"> apo </w:t>
            </w:r>
            <w:proofErr w:type="spellStart"/>
            <w:r>
              <w:rPr>
                <w:b/>
                <w:color w:val="111111"/>
                <w:sz w:val="15"/>
              </w:rPr>
              <w:t>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komercial</w:t>
            </w:r>
            <w:proofErr w:type="spellEnd"/>
            <w:r>
              <w:rPr>
                <w:b/>
                <w:color w:val="111111"/>
                <w:sz w:val="15"/>
              </w:rPr>
              <w:t>?</w:t>
            </w:r>
          </w:p>
          <w:p w14:paraId="3E7074A3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Blue Light Exposure and Digital Screens: A Real Ophthalmological Threat or a Commercial Myth?</w:t>
            </w:r>
          </w:p>
        </w:tc>
      </w:tr>
      <w:tr w:rsidR="00040F6C" w14:paraId="70B884A5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1999B82C" w14:textId="687F9D7B" w:rsidR="00040F6C" w:rsidRDefault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8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93B3226" w14:textId="458A4E4B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Bleron Mazreku, </w:t>
            </w:r>
            <w:proofErr w:type="spellStart"/>
            <w:r>
              <w:rPr>
                <w:b/>
                <w:color w:val="1F1F1F"/>
                <w:sz w:val="15"/>
              </w:rPr>
              <w:t>Argjira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Juniku-Shkololli</w:t>
            </w:r>
            <w:proofErr w:type="spellEnd"/>
            <w:r>
              <w:rPr>
                <w:b/>
                <w:color w:val="1F1F1F"/>
                <w:sz w:val="15"/>
              </w:rPr>
              <w:t xml:space="preserve">, Diar Kabashi, </w:t>
            </w:r>
            <w:proofErr w:type="spellStart"/>
            <w:r>
              <w:rPr>
                <w:b/>
                <w:color w:val="1F1F1F"/>
                <w:sz w:val="15"/>
              </w:rPr>
              <w:t>Blertë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Mazreku</w:t>
            </w:r>
            <w:proofErr w:type="spellEnd"/>
          </w:p>
          <w:p w14:paraId="2EFF9E31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Frekuenca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karakteristikat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ndërrimit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terapisë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biologjike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pacientët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Sëmundje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Inflamatore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Zorrëve</w:t>
            </w:r>
            <w:proofErr w:type="spellEnd"/>
          </w:p>
          <w:p w14:paraId="1F649518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Frequency and Characteristics of Biologic Therapy Switching in Patients with Inflammatory Bowel Disease</w:t>
            </w:r>
          </w:p>
        </w:tc>
      </w:tr>
      <w:tr w:rsidR="00040F6C" w14:paraId="08E04C42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71C5A05B" w14:textId="4579B0C7" w:rsidR="00040F6C" w:rsidRDefault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9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45A5AAFC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 xml:space="preserve">Melisa Mehmeti, </w:t>
            </w:r>
            <w:proofErr w:type="spellStart"/>
            <w:r>
              <w:rPr>
                <w:b/>
                <w:color w:val="1F1F1F"/>
                <w:sz w:val="15"/>
              </w:rPr>
              <w:t>Brikene</w:t>
            </w:r>
            <w:proofErr w:type="spellEnd"/>
            <w:r>
              <w:rPr>
                <w:b/>
                <w:color w:val="1F1F1F"/>
                <w:sz w:val="15"/>
              </w:rPr>
              <w:t xml:space="preserve"> </w:t>
            </w:r>
            <w:proofErr w:type="spellStart"/>
            <w:r>
              <w:rPr>
                <w:b/>
                <w:color w:val="1F1F1F"/>
                <w:sz w:val="15"/>
              </w:rPr>
              <w:t>Dacaj</w:t>
            </w:r>
            <w:proofErr w:type="spellEnd"/>
            <w:r>
              <w:rPr>
                <w:b/>
                <w:color w:val="1F1F1F"/>
                <w:sz w:val="15"/>
              </w:rPr>
              <w:t>-Elshani</w:t>
            </w:r>
          </w:p>
          <w:p w14:paraId="7F9D5CFC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Rezultatet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maternale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neonatale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ndërmjet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sectio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caesarea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emergjente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elektive</w:t>
            </w:r>
            <w:proofErr w:type="spellEnd"/>
            <w:r>
              <w:rPr>
                <w:b/>
                <w:color w:val="111111"/>
                <w:sz w:val="15"/>
              </w:rPr>
              <w:t xml:space="preserve">: </w:t>
            </w:r>
            <w:proofErr w:type="spellStart"/>
            <w:r>
              <w:rPr>
                <w:b/>
                <w:color w:val="111111"/>
                <w:sz w:val="15"/>
              </w:rPr>
              <w:t>rishikim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sistematik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literaturës</w:t>
            </w:r>
            <w:proofErr w:type="spellEnd"/>
          </w:p>
          <w:p w14:paraId="53052EC6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Emergency versus Elective Caesarean Section: A Systematic Review of Maternal and Neonatal Outcomes</w:t>
            </w:r>
          </w:p>
        </w:tc>
      </w:tr>
      <w:tr w:rsidR="00040F6C" w14:paraId="59704AFD" w14:textId="77777777" w:rsidTr="00FE42D9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799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9771078" w14:textId="3A756A3E" w:rsidR="00040F6C" w:rsidRDefault="008A0C6B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10</w:t>
            </w:r>
          </w:p>
        </w:tc>
        <w:tc>
          <w:tcPr>
            <w:tcW w:w="9577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7BF7AA6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Dijana Beqa, Besarta Pelaj</w:t>
            </w:r>
          </w:p>
          <w:p w14:paraId="47D10ED7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Ndikimi</w:t>
            </w:r>
            <w:proofErr w:type="spellEnd"/>
            <w:r>
              <w:rPr>
                <w:b/>
                <w:color w:val="111111"/>
                <w:sz w:val="15"/>
              </w:rPr>
              <w:t xml:space="preserve"> i COVID-19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shëndetin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mendor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fëmijëve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shkollorë</w:t>
            </w:r>
            <w:proofErr w:type="spellEnd"/>
            <w:r>
              <w:rPr>
                <w:b/>
                <w:color w:val="111111"/>
                <w:sz w:val="15"/>
              </w:rPr>
              <w:t xml:space="preserve">, </w:t>
            </w:r>
            <w:proofErr w:type="spellStart"/>
            <w:r>
              <w:rPr>
                <w:b/>
                <w:color w:val="111111"/>
                <w:sz w:val="15"/>
              </w:rPr>
              <w:t>mosha</w:t>
            </w:r>
            <w:proofErr w:type="spellEnd"/>
            <w:r>
              <w:rPr>
                <w:b/>
                <w:color w:val="111111"/>
                <w:sz w:val="15"/>
              </w:rPr>
              <w:t xml:space="preserve"> 12-15 </w:t>
            </w:r>
            <w:proofErr w:type="spellStart"/>
            <w:r>
              <w:rPr>
                <w:b/>
                <w:color w:val="111111"/>
                <w:sz w:val="15"/>
              </w:rPr>
              <w:t>vjeç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në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komunën</w:t>
            </w:r>
            <w:proofErr w:type="spellEnd"/>
            <w:r>
              <w:rPr>
                <w:b/>
                <w:color w:val="111111"/>
                <w:sz w:val="15"/>
              </w:rPr>
              <w:t xml:space="preserve"> e </w:t>
            </w:r>
            <w:proofErr w:type="spellStart"/>
            <w:r>
              <w:rPr>
                <w:b/>
                <w:color w:val="111111"/>
                <w:sz w:val="15"/>
              </w:rPr>
              <w:t>Gjakovës</w:t>
            </w:r>
            <w:proofErr w:type="spellEnd"/>
          </w:p>
          <w:p w14:paraId="3A333475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 xml:space="preserve">The Impact of COVID-19 on the Mental Health of School-Aged Children Aged 12–15 in the Municipality of </w:t>
            </w:r>
            <w:proofErr w:type="spellStart"/>
            <w:r>
              <w:rPr>
                <w:i/>
                <w:color w:val="555555"/>
                <w:sz w:val="14"/>
              </w:rPr>
              <w:t>Gjakova</w:t>
            </w:r>
            <w:proofErr w:type="spellEnd"/>
          </w:p>
        </w:tc>
      </w:tr>
    </w:tbl>
    <w:p w14:paraId="43F9A79F" w14:textId="77777777" w:rsidR="00040F6C" w:rsidRDefault="00040F6C"/>
    <w:p w14:paraId="5A8B0818" w14:textId="77777777" w:rsidR="002C684D" w:rsidRDefault="002C684D"/>
    <w:p w14:paraId="14FF12CA" w14:textId="77777777" w:rsidR="002C684D" w:rsidRDefault="002C684D"/>
    <w:p w14:paraId="14E6E692" w14:textId="77777777" w:rsidR="002C684D" w:rsidRDefault="002C684D"/>
    <w:p w14:paraId="1664753C" w14:textId="77777777" w:rsidR="002C684D" w:rsidRDefault="002C684D"/>
    <w:p w14:paraId="38C987B3" w14:textId="77777777" w:rsidR="002C684D" w:rsidRDefault="002C684D"/>
    <w:p w14:paraId="73C0946C" w14:textId="77777777" w:rsidR="002C684D" w:rsidRDefault="002C684D"/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799"/>
        <w:gridCol w:w="9557"/>
        <w:gridCol w:w="20"/>
      </w:tblGrid>
      <w:tr w:rsidR="00040F6C" w14:paraId="3356C7E4" w14:textId="77777777">
        <w:trPr>
          <w:gridAfter w:val="1"/>
          <w:wAfter w:w="20" w:type="dxa"/>
          <w:jc w:val="center"/>
        </w:trPr>
        <w:tc>
          <w:tcPr>
            <w:tcW w:w="10376" w:type="dxa"/>
            <w:gridSpan w:val="2"/>
            <w:shd w:val="clear" w:color="auto" w:fill="1F1F1F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BA06530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FFFFFF"/>
                <w:sz w:val="16"/>
              </w:rPr>
              <w:t>Diskutantët</w:t>
            </w:r>
            <w:proofErr w:type="spellEnd"/>
            <w:r>
              <w:rPr>
                <w:b/>
                <w:color w:val="FFFFFF"/>
                <w:sz w:val="16"/>
              </w:rPr>
              <w:t>: Enis Gllareva, Enis Veseli, Saranda Disha</w:t>
            </w:r>
          </w:p>
        </w:tc>
      </w:tr>
      <w:tr w:rsidR="00040F6C" w14:paraId="1BAFF06B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tblHeader/>
          <w:jc w:val="center"/>
        </w:trPr>
        <w:tc>
          <w:tcPr>
            <w:tcW w:w="800" w:type="dxa"/>
            <w:shd w:val="clear" w:color="auto" w:fill="A8061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233F4D6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Nr.</w:t>
            </w:r>
          </w:p>
        </w:tc>
        <w:tc>
          <w:tcPr>
            <w:tcW w:w="8400" w:type="dxa"/>
            <w:gridSpan w:val="2"/>
            <w:shd w:val="clear" w:color="auto" w:fill="A80610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E89E8AC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15"/>
              </w:rPr>
              <w:t>Autori/</w:t>
            </w:r>
            <w:proofErr w:type="spellStart"/>
            <w:r>
              <w:rPr>
                <w:b/>
                <w:color w:val="FFFFFF"/>
                <w:sz w:val="15"/>
              </w:rPr>
              <w:t>ët</w:t>
            </w:r>
            <w:proofErr w:type="spellEnd"/>
            <w:r>
              <w:rPr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dhe</w:t>
            </w:r>
            <w:proofErr w:type="spellEnd"/>
            <w:r>
              <w:rPr>
                <w:b/>
                <w:color w:val="FFFFFF"/>
                <w:sz w:val="15"/>
              </w:rPr>
              <w:t xml:space="preserve"> </w:t>
            </w:r>
            <w:proofErr w:type="spellStart"/>
            <w:r>
              <w:rPr>
                <w:b/>
                <w:color w:val="FFFFFF"/>
                <w:sz w:val="15"/>
              </w:rPr>
              <w:t>titulli</w:t>
            </w:r>
            <w:proofErr w:type="spellEnd"/>
          </w:p>
        </w:tc>
      </w:tr>
      <w:tr w:rsidR="00040F6C" w14:paraId="346137BE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8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47A6FBD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11</w:t>
            </w:r>
          </w:p>
        </w:tc>
        <w:tc>
          <w:tcPr>
            <w:tcW w:w="8400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6C18E93B" w14:textId="77777777" w:rsidR="00040F6C" w:rsidRDefault="00AA6299">
            <w:pPr>
              <w:spacing w:after="20" w:line="240" w:lineRule="auto"/>
            </w:pPr>
            <w:r>
              <w:rPr>
                <w:b/>
                <w:color w:val="1F1F1F"/>
                <w:sz w:val="15"/>
              </w:rPr>
              <w:t>Amar Dragusha, Miranda Stavileci</w:t>
            </w:r>
          </w:p>
          <w:p w14:paraId="12B87320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Krahasimi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kohëzgjatjes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instrumentimit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kanalit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rrënjës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së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dhëmbit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varësisht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prej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teknikave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përpunuese</w:t>
            </w:r>
            <w:proofErr w:type="spellEnd"/>
          </w:p>
          <w:p w14:paraId="49253B50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Comparison of Root Canal Instrumentation Time According to Different Instrumentation Techniques</w:t>
            </w:r>
          </w:p>
        </w:tc>
      </w:tr>
      <w:tr w:rsidR="00040F6C" w14:paraId="0141EA8C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8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10A43909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12</w:t>
            </w:r>
          </w:p>
        </w:tc>
        <w:tc>
          <w:tcPr>
            <w:tcW w:w="8400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72CCCEA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Albiana</w:t>
            </w:r>
            <w:proofErr w:type="spellEnd"/>
            <w:r>
              <w:rPr>
                <w:b/>
                <w:color w:val="1F1F1F"/>
                <w:sz w:val="15"/>
              </w:rPr>
              <w:t xml:space="preserve"> Avdiu, Krenare Kadiri</w:t>
            </w:r>
          </w:p>
          <w:p w14:paraId="5CBDDACA" w14:textId="77777777" w:rsidR="00040F6C" w:rsidRDefault="00AA6299">
            <w:pPr>
              <w:spacing w:after="20" w:line="240" w:lineRule="auto"/>
            </w:pPr>
            <w:r>
              <w:rPr>
                <w:b/>
                <w:color w:val="111111"/>
                <w:sz w:val="15"/>
              </w:rPr>
              <w:t xml:space="preserve">Rast </w:t>
            </w:r>
            <w:proofErr w:type="spellStart"/>
            <w:r>
              <w:rPr>
                <w:b/>
                <w:color w:val="111111"/>
                <w:sz w:val="15"/>
              </w:rPr>
              <w:t>klinik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trajtimit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endodontik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paramolarit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dytë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maksillar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kanal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gjatë</w:t>
            </w:r>
            <w:proofErr w:type="spellEnd"/>
          </w:p>
          <w:p w14:paraId="7A7F508B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Clinical Case of Endodontic Treatment of a Maxillary Second Paramolar with a Long Root Canal</w:t>
            </w:r>
          </w:p>
        </w:tc>
      </w:tr>
      <w:tr w:rsidR="00040F6C" w14:paraId="4DD8A610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8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58CFAEAF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13</w:t>
            </w:r>
          </w:p>
        </w:tc>
        <w:tc>
          <w:tcPr>
            <w:tcW w:w="8400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326D67C3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Erëza</w:t>
            </w:r>
            <w:proofErr w:type="spellEnd"/>
            <w:r>
              <w:rPr>
                <w:b/>
                <w:color w:val="1F1F1F"/>
                <w:sz w:val="15"/>
              </w:rPr>
              <w:t xml:space="preserve"> Haxhani, </w:t>
            </w:r>
            <w:proofErr w:type="spellStart"/>
            <w:r>
              <w:rPr>
                <w:b/>
                <w:color w:val="1F1F1F"/>
                <w:sz w:val="15"/>
              </w:rPr>
              <w:t>Lirikë</w:t>
            </w:r>
            <w:proofErr w:type="spellEnd"/>
            <w:r>
              <w:rPr>
                <w:b/>
                <w:color w:val="1F1F1F"/>
                <w:sz w:val="15"/>
              </w:rPr>
              <w:t xml:space="preserve"> Haziri, Krenare Kadiri</w:t>
            </w:r>
          </w:p>
          <w:p w14:paraId="2A327045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Restaurimi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molarit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parë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maksillar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kariotik</w:t>
            </w:r>
            <w:proofErr w:type="spellEnd"/>
            <w:r>
              <w:rPr>
                <w:b/>
                <w:color w:val="111111"/>
                <w:sz w:val="15"/>
              </w:rPr>
              <w:t xml:space="preserve"> me Tuberculum Carabelli të </w:t>
            </w:r>
            <w:proofErr w:type="spellStart"/>
            <w:r>
              <w:rPr>
                <w:b/>
                <w:color w:val="111111"/>
                <w:sz w:val="15"/>
              </w:rPr>
              <w:t>theksuar</w:t>
            </w:r>
            <w:proofErr w:type="spellEnd"/>
            <w:r>
              <w:rPr>
                <w:b/>
                <w:color w:val="111111"/>
                <w:sz w:val="15"/>
              </w:rPr>
              <w:t xml:space="preserve"> bilateral: </w:t>
            </w:r>
            <w:proofErr w:type="spellStart"/>
            <w:r>
              <w:rPr>
                <w:b/>
                <w:color w:val="111111"/>
                <w:sz w:val="15"/>
              </w:rPr>
              <w:t>rast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klinik</w:t>
            </w:r>
            <w:proofErr w:type="spellEnd"/>
          </w:p>
          <w:p w14:paraId="6C09C508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Restoration of a Carious Maxillary First Molar with Bilaterally Pronounced Tuberculum Carabelli: A Clinical Case Report</w:t>
            </w:r>
          </w:p>
        </w:tc>
      </w:tr>
      <w:tr w:rsidR="00040F6C" w14:paraId="2B28F42F" w14:textId="77777777">
        <w:tblPrEx>
          <w:tblBorders>
            <w:top w:val="single" w:sz="4" w:space="0" w:color="D5D8DE"/>
            <w:left w:val="single" w:sz="4" w:space="0" w:color="D5D8DE"/>
            <w:bottom w:val="single" w:sz="4" w:space="0" w:color="D5D8DE"/>
            <w:right w:val="single" w:sz="4" w:space="0" w:color="D5D8DE"/>
            <w:insideH w:val="single" w:sz="4" w:space="0" w:color="D5D8DE"/>
            <w:insideV w:val="single" w:sz="4" w:space="0" w:color="D5D8DE"/>
          </w:tblBorders>
        </w:tblPrEx>
        <w:trPr>
          <w:cantSplit/>
          <w:jc w:val="center"/>
        </w:trPr>
        <w:tc>
          <w:tcPr>
            <w:tcW w:w="800" w:type="dxa"/>
            <w:shd w:val="clear" w:color="auto" w:fill="F3F4F6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0B678BDB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A80610"/>
                <w:sz w:val="16"/>
              </w:rPr>
              <w:t>14</w:t>
            </w:r>
          </w:p>
        </w:tc>
        <w:tc>
          <w:tcPr>
            <w:tcW w:w="8400" w:type="dxa"/>
            <w:gridSpan w:val="2"/>
            <w:tcMar>
              <w:top w:w="90" w:type="dxa"/>
              <w:left w:w="100" w:type="dxa"/>
              <w:bottom w:w="90" w:type="dxa"/>
              <w:right w:w="100" w:type="dxa"/>
            </w:tcMar>
          </w:tcPr>
          <w:p w14:paraId="1E6D1472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F1F1F"/>
                <w:sz w:val="15"/>
              </w:rPr>
              <w:t>Erlindë</w:t>
            </w:r>
            <w:proofErr w:type="spellEnd"/>
            <w:r>
              <w:rPr>
                <w:b/>
                <w:color w:val="1F1F1F"/>
                <w:sz w:val="15"/>
              </w:rPr>
              <w:t xml:space="preserve"> Murseli, Florina Sahiti-Abdullahu</w:t>
            </w:r>
          </w:p>
          <w:p w14:paraId="59B6229E" w14:textId="77777777" w:rsidR="00040F6C" w:rsidRDefault="00AA6299">
            <w:pPr>
              <w:spacing w:after="20" w:line="240" w:lineRule="auto"/>
            </w:pPr>
            <w:proofErr w:type="spellStart"/>
            <w:r>
              <w:rPr>
                <w:b/>
                <w:color w:val="111111"/>
                <w:sz w:val="15"/>
              </w:rPr>
              <w:t>Trajtimi</w:t>
            </w:r>
            <w:proofErr w:type="spellEnd"/>
            <w:r>
              <w:rPr>
                <w:b/>
                <w:color w:val="111111"/>
                <w:sz w:val="15"/>
              </w:rPr>
              <w:t xml:space="preserve"> i </w:t>
            </w:r>
            <w:proofErr w:type="spellStart"/>
            <w:r>
              <w:rPr>
                <w:b/>
                <w:color w:val="111111"/>
                <w:sz w:val="15"/>
              </w:rPr>
              <w:t>alveolitit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fibrinë</w:t>
            </w:r>
            <w:proofErr w:type="spellEnd"/>
            <w:r>
              <w:rPr>
                <w:b/>
                <w:color w:val="111111"/>
                <w:sz w:val="15"/>
              </w:rPr>
              <w:t xml:space="preserve"> të </w:t>
            </w:r>
            <w:proofErr w:type="spellStart"/>
            <w:r>
              <w:rPr>
                <w:b/>
                <w:color w:val="111111"/>
                <w:sz w:val="15"/>
              </w:rPr>
              <w:t>pasur</w:t>
            </w:r>
            <w:proofErr w:type="spellEnd"/>
            <w:r>
              <w:rPr>
                <w:b/>
                <w:color w:val="111111"/>
                <w:sz w:val="15"/>
              </w:rPr>
              <w:t xml:space="preserve"> me </w:t>
            </w:r>
            <w:proofErr w:type="spellStart"/>
            <w:r>
              <w:rPr>
                <w:b/>
                <w:color w:val="111111"/>
                <w:sz w:val="15"/>
              </w:rPr>
              <w:t>trombocite</w:t>
            </w:r>
            <w:proofErr w:type="spellEnd"/>
            <w:r>
              <w:rPr>
                <w:b/>
                <w:color w:val="111111"/>
                <w:sz w:val="15"/>
              </w:rPr>
              <w:t xml:space="preserve"> (PRF): </w:t>
            </w:r>
            <w:proofErr w:type="spellStart"/>
            <w:r>
              <w:rPr>
                <w:b/>
                <w:color w:val="111111"/>
                <w:sz w:val="15"/>
              </w:rPr>
              <w:t>prezentim</w:t>
            </w:r>
            <w:proofErr w:type="spellEnd"/>
            <w:r>
              <w:rPr>
                <w:b/>
                <w:color w:val="111111"/>
                <w:sz w:val="15"/>
              </w:rPr>
              <w:t xml:space="preserve"> </w:t>
            </w:r>
            <w:proofErr w:type="spellStart"/>
            <w:r>
              <w:rPr>
                <w:b/>
                <w:color w:val="111111"/>
                <w:sz w:val="15"/>
              </w:rPr>
              <w:t>rasti</w:t>
            </w:r>
            <w:proofErr w:type="spellEnd"/>
          </w:p>
          <w:p w14:paraId="3B5AF2FF" w14:textId="77777777" w:rsidR="00040F6C" w:rsidRDefault="00AA6299">
            <w:pPr>
              <w:spacing w:after="20" w:line="240" w:lineRule="auto"/>
            </w:pPr>
            <w:r>
              <w:rPr>
                <w:i/>
                <w:color w:val="555555"/>
                <w:sz w:val="14"/>
              </w:rPr>
              <w:t>Treatment of Alveolitis with Platelet-Rich Fibrin (PRF): A Case Report</w:t>
            </w:r>
          </w:p>
        </w:tc>
      </w:tr>
    </w:tbl>
    <w:p w14:paraId="5D2C76DB" w14:textId="77777777" w:rsidR="00040F6C" w:rsidRDefault="00040F6C"/>
    <w:p w14:paraId="0DD889DA" w14:textId="77777777" w:rsidR="00040F6C" w:rsidRDefault="00040F6C">
      <w:pPr>
        <w:spacing w:before="160" w:after="80" w:line="240" w:lineRule="auto"/>
      </w:pPr>
    </w:p>
    <w:tbl>
      <w:tblPr>
        <w:tblW w:w="0" w:type="auto"/>
        <w:jc w:val="center"/>
        <w:tblBorders>
          <w:top w:val="single" w:sz="4" w:space="0" w:color="D5D8DE"/>
          <w:left w:val="single" w:sz="4" w:space="0" w:color="D5D8DE"/>
          <w:bottom w:val="single" w:sz="4" w:space="0" w:color="D5D8DE"/>
          <w:right w:val="single" w:sz="4" w:space="0" w:color="D5D8DE"/>
          <w:insideH w:val="single" w:sz="4" w:space="0" w:color="D5D8DE"/>
          <w:insideV w:val="single" w:sz="4" w:space="0" w:color="D5D8DE"/>
        </w:tblBorders>
        <w:tblLook w:val="04A0" w:firstRow="1" w:lastRow="0" w:firstColumn="1" w:lastColumn="0" w:noHBand="0" w:noVBand="1"/>
      </w:tblPr>
      <w:tblGrid>
        <w:gridCol w:w="5183"/>
        <w:gridCol w:w="5183"/>
      </w:tblGrid>
      <w:tr w:rsidR="00040F6C" w14:paraId="619B7BCF" w14:textId="77777777">
        <w:trPr>
          <w:jc w:val="center"/>
        </w:trPr>
        <w:tc>
          <w:tcPr>
            <w:tcW w:w="5188" w:type="dxa"/>
            <w:shd w:val="clear" w:color="auto" w:fill="A80610"/>
            <w:tcMar>
              <w:top w:w="120" w:type="dxa"/>
              <w:left w:w="140" w:type="dxa"/>
              <w:bottom w:w="120" w:type="dxa"/>
              <w:right w:w="140" w:type="dxa"/>
            </w:tcMar>
            <w:vAlign w:val="center"/>
          </w:tcPr>
          <w:p w14:paraId="472D1EF3" w14:textId="77777777" w:rsidR="00040F6C" w:rsidRDefault="00AA6299">
            <w:pPr>
              <w:spacing w:after="20" w:line="240" w:lineRule="auto"/>
              <w:jc w:val="center"/>
            </w:pPr>
            <w:r>
              <w:rPr>
                <w:b/>
                <w:color w:val="FFFFFF"/>
                <w:sz w:val="20"/>
              </w:rPr>
              <w:t>17:30</w:t>
            </w:r>
          </w:p>
        </w:tc>
        <w:tc>
          <w:tcPr>
            <w:tcW w:w="5188" w:type="dxa"/>
            <w:shd w:val="clear" w:color="auto" w:fill="1F1F1F"/>
            <w:tcMar>
              <w:top w:w="120" w:type="dxa"/>
              <w:left w:w="140" w:type="dxa"/>
              <w:bottom w:w="120" w:type="dxa"/>
              <w:right w:w="140" w:type="dxa"/>
            </w:tcMar>
            <w:vAlign w:val="center"/>
          </w:tcPr>
          <w:p w14:paraId="2909374E" w14:textId="77777777" w:rsidR="00040F6C" w:rsidRDefault="00AA6299">
            <w:pPr>
              <w:spacing w:after="20" w:line="240" w:lineRule="auto"/>
              <w:jc w:val="center"/>
            </w:pPr>
            <w:proofErr w:type="spellStart"/>
            <w:r>
              <w:rPr>
                <w:b/>
                <w:color w:val="FFFFFF"/>
                <w:sz w:val="20"/>
              </w:rPr>
              <w:t>Mbyllja</w:t>
            </w:r>
            <w:proofErr w:type="spellEnd"/>
            <w:r>
              <w:rPr>
                <w:b/>
                <w:color w:val="FFFFFF"/>
                <w:sz w:val="20"/>
              </w:rPr>
              <w:t xml:space="preserve"> e </w:t>
            </w:r>
            <w:proofErr w:type="spellStart"/>
            <w:r>
              <w:rPr>
                <w:b/>
                <w:color w:val="FFFFFF"/>
                <w:sz w:val="20"/>
              </w:rPr>
              <w:t>Konferencës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dhe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fotoja</w:t>
            </w:r>
            <w:proofErr w:type="spellEnd"/>
            <w:r>
              <w:rPr>
                <w:b/>
                <w:color w:val="FFFFFF"/>
                <w:sz w:val="20"/>
              </w:rPr>
              <w:t xml:space="preserve"> e </w:t>
            </w:r>
            <w:proofErr w:type="spellStart"/>
            <w:r>
              <w:rPr>
                <w:b/>
                <w:color w:val="FFFFFF"/>
                <w:sz w:val="20"/>
              </w:rPr>
              <w:t>përbashkët</w:t>
            </w:r>
            <w:proofErr w:type="spellEnd"/>
          </w:p>
        </w:tc>
      </w:tr>
    </w:tbl>
    <w:p w14:paraId="24E99130" w14:textId="77777777" w:rsidR="004B3695" w:rsidRDefault="004B3695"/>
    <w:sectPr w:rsidR="004B3695" w:rsidSect="00034616">
      <w:headerReference w:type="default" r:id="rId17"/>
      <w:footerReference w:type="default" r:id="rId18"/>
      <w:pgSz w:w="11906" w:h="16838"/>
      <w:pgMar w:top="765" w:right="765" w:bottom="765" w:left="76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DEC66" w14:textId="77777777" w:rsidR="00AA6299" w:rsidRDefault="00AA6299">
      <w:pPr>
        <w:spacing w:after="0" w:line="240" w:lineRule="auto"/>
      </w:pPr>
      <w:r>
        <w:separator/>
      </w:r>
    </w:p>
  </w:endnote>
  <w:endnote w:type="continuationSeparator" w:id="0">
    <w:p w14:paraId="7745F058" w14:textId="77777777" w:rsidR="00AA6299" w:rsidRDefault="00AA6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D4B2D" w14:textId="77777777" w:rsidR="00040F6C" w:rsidRDefault="00AA6299">
    <w:pPr>
      <w:pStyle w:val="Footer"/>
      <w:pBdr>
        <w:top w:val="single" w:sz="4" w:space="3" w:color="A80610"/>
      </w:pBdr>
      <w:jc w:val="right"/>
    </w:pPr>
    <w:proofErr w:type="spellStart"/>
    <w:r>
      <w:rPr>
        <w:color w:val="555555"/>
        <w:sz w:val="14"/>
      </w:rPr>
      <w:t>Konferenca</w:t>
    </w:r>
    <w:proofErr w:type="spellEnd"/>
    <w:r>
      <w:rPr>
        <w:color w:val="555555"/>
        <w:sz w:val="14"/>
      </w:rPr>
      <w:t xml:space="preserve"> e </w:t>
    </w:r>
    <w:proofErr w:type="spellStart"/>
    <w:r>
      <w:rPr>
        <w:color w:val="555555"/>
        <w:sz w:val="14"/>
      </w:rPr>
      <w:t>Dytë</w:t>
    </w:r>
    <w:proofErr w:type="spellEnd"/>
    <w:r>
      <w:rPr>
        <w:color w:val="555555"/>
        <w:sz w:val="14"/>
      </w:rPr>
      <w:t xml:space="preserve"> </w:t>
    </w:r>
    <w:proofErr w:type="spellStart"/>
    <w:r>
      <w:rPr>
        <w:color w:val="555555"/>
        <w:sz w:val="14"/>
      </w:rPr>
      <w:t>Studentore</w:t>
    </w:r>
    <w:proofErr w:type="spellEnd"/>
    <w:r>
      <w:rPr>
        <w:color w:val="555555"/>
        <w:sz w:val="14"/>
      </w:rPr>
      <w:t xml:space="preserve"> e </w:t>
    </w:r>
    <w:proofErr w:type="spellStart"/>
    <w:r>
      <w:rPr>
        <w:color w:val="555555"/>
        <w:sz w:val="14"/>
      </w:rPr>
      <w:t>Fakultetit</w:t>
    </w:r>
    <w:proofErr w:type="spellEnd"/>
    <w:r>
      <w:rPr>
        <w:color w:val="555555"/>
        <w:sz w:val="14"/>
      </w:rPr>
      <w:t xml:space="preserve"> të </w:t>
    </w:r>
    <w:proofErr w:type="spellStart"/>
    <w:r>
      <w:rPr>
        <w:color w:val="555555"/>
        <w:sz w:val="14"/>
      </w:rPr>
      <w:t>Mjekësisë</w:t>
    </w:r>
    <w:proofErr w:type="spellEnd"/>
    <w:r>
      <w:rPr>
        <w:color w:val="555555"/>
        <w:sz w:val="14"/>
      </w:rPr>
      <w:t xml:space="preserve"> | Universiteti i Prishtinës   |   </w:t>
    </w:r>
    <w:proofErr w:type="spellStart"/>
    <w:r>
      <w:rPr>
        <w:color w:val="555555"/>
        <w:sz w:val="14"/>
      </w:rPr>
      <w:t>Faqe</w:t>
    </w:r>
    <w:proofErr w:type="spellEnd"/>
    <w:r>
      <w:rPr>
        <w:color w:val="555555"/>
        <w:sz w:val="14"/>
      </w:rPr>
      <w:t xml:space="preserve"> </w:t>
    </w:r>
    <w:r>
      <w:rPr>
        <w:color w:val="555555"/>
        <w:sz w:val="16"/>
      </w:rPr>
      <w:fldChar w:fldCharType="begin"/>
    </w:r>
    <w:r>
      <w:rPr>
        <w:color w:val="555555"/>
        <w:sz w:val="16"/>
      </w:rPr>
      <w:instrText>PAGE</w:instrText>
    </w:r>
    <w:r>
      <w:rPr>
        <w:color w:val="555555"/>
        <w:sz w:val="16"/>
      </w:rPr>
      <w:fldChar w:fldCharType="separate"/>
    </w:r>
    <w:r w:rsidR="00096448">
      <w:rPr>
        <w:noProof/>
        <w:color w:val="555555"/>
        <w:sz w:val="16"/>
      </w:rPr>
      <w:t>2</w:t>
    </w:r>
    <w:r>
      <w:rPr>
        <w:color w:val="555555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0D9E5" w14:textId="77777777" w:rsidR="00AA6299" w:rsidRDefault="00AA6299">
      <w:pPr>
        <w:spacing w:after="0" w:line="240" w:lineRule="auto"/>
      </w:pPr>
      <w:r>
        <w:separator/>
      </w:r>
    </w:p>
  </w:footnote>
  <w:footnote w:type="continuationSeparator" w:id="0">
    <w:p w14:paraId="4BC0CFC2" w14:textId="77777777" w:rsidR="00AA6299" w:rsidRDefault="00AA6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31E65" w14:textId="77777777" w:rsidR="00040F6C" w:rsidRDefault="00040F6C">
    <w:pPr>
      <w:pStyle w:val="Head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00"/>
      <w:gridCol w:w="7800"/>
      <w:gridCol w:w="900"/>
    </w:tblGrid>
    <w:tr w:rsidR="00040F6C" w14:paraId="1B82BED7" w14:textId="77777777">
      <w:trPr>
        <w:jc w:val="center"/>
      </w:trPr>
      <w:tc>
        <w:tcPr>
          <w:tcW w:w="900" w:type="dxa"/>
          <w:tcMar>
            <w:top w:w="0" w:type="dxa"/>
            <w:left w:w="30" w:type="dxa"/>
            <w:bottom w:w="0" w:type="dxa"/>
            <w:right w:w="30" w:type="dxa"/>
          </w:tcMar>
        </w:tcPr>
        <w:p w14:paraId="60F1C17C" w14:textId="77777777" w:rsidR="00040F6C" w:rsidRDefault="00AA6299">
          <w:r>
            <w:rPr>
              <w:noProof/>
            </w:rPr>
            <w:drawing>
              <wp:inline distT="0" distB="0" distL="0" distR="0" wp14:anchorId="41FF3B66" wp14:editId="77968EAB">
                <wp:extent cx="411480" cy="411480"/>
                <wp:effectExtent l="0" t="0" r="0" b="0"/>
                <wp:docPr id="2077318426" name="Picture 2077318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t_image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" cy="411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0" w:type="dxa"/>
          <w:tcMar>
            <w:top w:w="0" w:type="dxa"/>
            <w:left w:w="30" w:type="dxa"/>
            <w:bottom w:w="0" w:type="dxa"/>
            <w:right w:w="30" w:type="dxa"/>
          </w:tcMar>
        </w:tcPr>
        <w:p w14:paraId="3598A61D" w14:textId="77777777" w:rsidR="00040F6C" w:rsidRDefault="00AA6299">
          <w:pPr>
            <w:spacing w:after="0" w:line="240" w:lineRule="auto"/>
          </w:pPr>
          <w:r>
            <w:rPr>
              <w:b/>
              <w:color w:val="1F1F1F"/>
              <w:sz w:val="15"/>
            </w:rPr>
            <w:t>UNIVERSITETI I PRISHTINËS | FAKULTETI I MJEKËSISË</w:t>
          </w:r>
          <w:r>
            <w:br/>
          </w:r>
          <w:proofErr w:type="spellStart"/>
          <w:r>
            <w:rPr>
              <w:color w:val="555555"/>
              <w:sz w:val="14"/>
            </w:rPr>
            <w:t>Konferenca</w:t>
          </w:r>
          <w:proofErr w:type="spellEnd"/>
          <w:r>
            <w:rPr>
              <w:color w:val="555555"/>
              <w:sz w:val="14"/>
            </w:rPr>
            <w:t xml:space="preserve"> e </w:t>
          </w:r>
          <w:proofErr w:type="spellStart"/>
          <w:r>
            <w:rPr>
              <w:color w:val="555555"/>
              <w:sz w:val="14"/>
            </w:rPr>
            <w:t>Dytë</w:t>
          </w:r>
          <w:proofErr w:type="spellEnd"/>
          <w:r>
            <w:rPr>
              <w:color w:val="555555"/>
              <w:sz w:val="14"/>
            </w:rPr>
            <w:t xml:space="preserve"> </w:t>
          </w:r>
          <w:proofErr w:type="spellStart"/>
          <w:r>
            <w:rPr>
              <w:color w:val="555555"/>
              <w:sz w:val="14"/>
            </w:rPr>
            <w:t>Studentore</w:t>
          </w:r>
          <w:proofErr w:type="spellEnd"/>
          <w:r>
            <w:rPr>
              <w:color w:val="555555"/>
              <w:sz w:val="14"/>
            </w:rPr>
            <w:t xml:space="preserve"> e </w:t>
          </w:r>
          <w:proofErr w:type="spellStart"/>
          <w:r>
            <w:rPr>
              <w:color w:val="555555"/>
              <w:sz w:val="14"/>
            </w:rPr>
            <w:t>Fakultetit</w:t>
          </w:r>
          <w:proofErr w:type="spellEnd"/>
          <w:r>
            <w:rPr>
              <w:color w:val="555555"/>
              <w:sz w:val="14"/>
            </w:rPr>
            <w:t xml:space="preserve"> të </w:t>
          </w:r>
          <w:proofErr w:type="spellStart"/>
          <w:r>
            <w:rPr>
              <w:color w:val="555555"/>
              <w:sz w:val="14"/>
            </w:rPr>
            <w:t>Mjekësisë</w:t>
          </w:r>
          <w:proofErr w:type="spellEnd"/>
          <w:r>
            <w:rPr>
              <w:color w:val="555555"/>
              <w:sz w:val="14"/>
            </w:rPr>
            <w:t xml:space="preserve"> - </w:t>
          </w:r>
          <w:proofErr w:type="spellStart"/>
          <w:r>
            <w:rPr>
              <w:color w:val="555555"/>
              <w:sz w:val="14"/>
            </w:rPr>
            <w:t>Programi</w:t>
          </w:r>
          <w:proofErr w:type="spellEnd"/>
        </w:p>
      </w:tc>
      <w:tc>
        <w:tcPr>
          <w:tcW w:w="900" w:type="dxa"/>
          <w:tcMar>
            <w:top w:w="0" w:type="dxa"/>
            <w:left w:w="30" w:type="dxa"/>
            <w:bottom w:w="0" w:type="dxa"/>
            <w:right w:w="30" w:type="dxa"/>
          </w:tcMar>
        </w:tcPr>
        <w:p w14:paraId="3C2967E0" w14:textId="77777777" w:rsidR="00040F6C" w:rsidRDefault="00AA6299">
          <w:pPr>
            <w:jc w:val="right"/>
          </w:pPr>
          <w:r>
            <w:rPr>
              <w:b/>
              <w:color w:val="A80610"/>
              <w:sz w:val="15"/>
            </w:rPr>
            <w:t>16.06.2026</w: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6762312">
    <w:abstractNumId w:val="8"/>
  </w:num>
  <w:num w:numId="2" w16cid:durableId="1601985288">
    <w:abstractNumId w:val="6"/>
  </w:num>
  <w:num w:numId="3" w16cid:durableId="1921981320">
    <w:abstractNumId w:val="5"/>
  </w:num>
  <w:num w:numId="4" w16cid:durableId="626855173">
    <w:abstractNumId w:val="4"/>
  </w:num>
  <w:num w:numId="5" w16cid:durableId="400952382">
    <w:abstractNumId w:val="7"/>
  </w:num>
  <w:num w:numId="6" w16cid:durableId="1010837718">
    <w:abstractNumId w:val="3"/>
  </w:num>
  <w:num w:numId="7" w16cid:durableId="206338333">
    <w:abstractNumId w:val="2"/>
  </w:num>
  <w:num w:numId="8" w16cid:durableId="1984696882">
    <w:abstractNumId w:val="1"/>
  </w:num>
  <w:num w:numId="9" w16cid:durableId="1570581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05AC"/>
    <w:rsid w:val="00034616"/>
    <w:rsid w:val="00040F6C"/>
    <w:rsid w:val="0006063C"/>
    <w:rsid w:val="00096448"/>
    <w:rsid w:val="00113959"/>
    <w:rsid w:val="0015074B"/>
    <w:rsid w:val="001C5878"/>
    <w:rsid w:val="0029639D"/>
    <w:rsid w:val="002C684D"/>
    <w:rsid w:val="00326F90"/>
    <w:rsid w:val="00373A9D"/>
    <w:rsid w:val="003B4611"/>
    <w:rsid w:val="00431A01"/>
    <w:rsid w:val="0047524B"/>
    <w:rsid w:val="004B3695"/>
    <w:rsid w:val="00544002"/>
    <w:rsid w:val="005E0B30"/>
    <w:rsid w:val="0075752A"/>
    <w:rsid w:val="00874484"/>
    <w:rsid w:val="008A0C6B"/>
    <w:rsid w:val="008F53D2"/>
    <w:rsid w:val="00A2590D"/>
    <w:rsid w:val="00A96B8C"/>
    <w:rsid w:val="00AA1D8D"/>
    <w:rsid w:val="00AA6299"/>
    <w:rsid w:val="00B47730"/>
    <w:rsid w:val="00B66C2A"/>
    <w:rsid w:val="00CB0664"/>
    <w:rsid w:val="00D96EEC"/>
    <w:rsid w:val="00DD4195"/>
    <w:rsid w:val="00E055A1"/>
    <w:rsid w:val="00FB41B7"/>
    <w:rsid w:val="00FC693F"/>
    <w:rsid w:val="00FE0602"/>
    <w:rsid w:val="00FE42D9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CA6174"/>
  <w14:defaultImageDpi w14:val="300"/>
  <w15:docId w15:val="{B468EC77-A6E1-4E2F-A85C-ED84F5DC7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eastAsia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0C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0C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0C6B"/>
    <w:rPr>
      <w:rFonts w:ascii="Arial" w:eastAsia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C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C6B"/>
    <w:rPr>
      <w:rFonts w:ascii="Arial" w:eastAsia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4916</Words>
  <Characters>28025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Toske Kryeziu</dc:creator>
  <cp:keywords/>
  <dc:description>generated by python-docx</dc:description>
  <cp:lastModifiedBy>Lenovo</cp:lastModifiedBy>
  <cp:revision>9</cp:revision>
  <dcterms:created xsi:type="dcterms:W3CDTF">2026-06-11T11:29:00Z</dcterms:created>
  <dcterms:modified xsi:type="dcterms:W3CDTF">2026-06-13T16:23:00Z</dcterms:modified>
  <cp:category/>
</cp:coreProperties>
</file>